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315C3" w14:textId="4BEB83B3" w:rsidR="002518FF" w:rsidRPr="004B7F95" w:rsidRDefault="002F0D2A" w:rsidP="00DB652F">
      <w:pPr>
        <w:pStyle w:val="1"/>
        <w:spacing w:before="0"/>
        <w:jc w:val="center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《</w:t>
      </w:r>
      <w:r w:rsidR="00CE673B"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拍拍西市</w:t>
      </w: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 xml:space="preserve"> — </w:t>
      </w: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你眼中的西市場》攝影集</w:t>
      </w: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 xml:space="preserve"> </w:t>
      </w: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徵件辦法</w:t>
      </w:r>
    </w:p>
    <w:p w14:paraId="20D6DE9D" w14:textId="655E4F6F" w:rsidR="002518FF" w:rsidRPr="004B7F95" w:rsidRDefault="002F0D2A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一、活動宗旨</w:t>
      </w:r>
    </w:p>
    <w:p w14:paraId="697C19D7" w14:textId="18DF24B1" w:rsidR="002518FF" w:rsidRPr="004B7F95" w:rsidRDefault="002F0D2A" w:rsidP="00AF08E8">
      <w:pPr>
        <w:jc w:val="both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透過鏡頭捕捉西市場正在發生的改變與日常之美，邀請學員與市民以觀察、傾聽、參與的方式記錄市場重生、文化融合、青創能量與庶民生活的故事，集結成《你眼中的西市場》攝影作品展，呈現每一位創作者的視覺敘事。</w:t>
      </w:r>
    </w:p>
    <w:p w14:paraId="58F83255" w14:textId="457DC7D6" w:rsidR="002518FF" w:rsidRPr="004B7F95" w:rsidRDefault="002F0D2A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二、徵件主題｜你眼中的西市場</w:t>
      </w:r>
    </w:p>
    <w:p w14:paraId="44AFCFEE" w14:textId="0BACD834" w:rsidR="002518FF" w:rsidRPr="004B7F95" w:rsidRDefault="002F0D2A">
      <w:p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拍攝範圍建議包括：</w:t>
      </w:r>
    </w:p>
    <w:p w14:paraId="27C8AA44" w14:textId="28E1A31B" w:rsidR="002518FF" w:rsidRPr="004B7F95" w:rsidRDefault="002F0D2A" w:rsidP="00473901">
      <w:pPr>
        <w:pStyle w:val="ae"/>
        <w:numPr>
          <w:ilvl w:val="0"/>
          <w:numId w:val="12"/>
        </w:numPr>
        <w:spacing w:afterLines="50" w:after="12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市場日常、居民生活、在地美味</w:t>
      </w:r>
      <w:r w:rsidR="001D166D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5838AD25" w14:textId="03C8E5B9" w:rsidR="002518FF" w:rsidRPr="004B7F95" w:rsidRDefault="002F0D2A" w:rsidP="00473901">
      <w:pPr>
        <w:pStyle w:val="ae"/>
        <w:numPr>
          <w:ilvl w:val="0"/>
          <w:numId w:val="12"/>
        </w:numPr>
        <w:spacing w:afterLines="50" w:after="12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西市場場域風貌、攤商、職人文化</w:t>
      </w:r>
      <w:r w:rsidR="001D166D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1157585C" w14:textId="193CFE8F" w:rsidR="002518FF" w:rsidRPr="004B7F95" w:rsidRDefault="002F0D2A" w:rsidP="00473901">
      <w:pPr>
        <w:pStyle w:val="ae"/>
        <w:numPr>
          <w:ilvl w:val="0"/>
          <w:numId w:val="12"/>
        </w:numPr>
        <w:spacing w:afterLines="50" w:after="12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改造過程、人文故事、老新交織場景</w:t>
      </w:r>
      <w:r w:rsidR="001D166D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5EE574D2" w14:textId="4F5834C3" w:rsidR="002518FF" w:rsidRPr="004B7F95" w:rsidRDefault="002F0D2A">
      <w:p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備註：鼓勵以故事性切入，如人物情感、氛圍、改造對比等。</w:t>
      </w:r>
    </w:p>
    <w:p w14:paraId="069EB993" w14:textId="7C151ED1" w:rsidR="002518FF" w:rsidRPr="004B7F95" w:rsidRDefault="002F0D2A" w:rsidP="00FA6B7A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三、參加對象</w:t>
      </w:r>
    </w:p>
    <w:p w14:paraId="04D0711B" w14:textId="0226D9ED" w:rsidR="002518FF" w:rsidRPr="004B7F95" w:rsidRDefault="00FA6B7A">
      <w:p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不限年齡與</w:t>
      </w:r>
      <w:r w:rsidR="002B59F5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身份，凡對嘉義西市場有興趣之攝影愛好者、在地居民或學生皆可參加</w:t>
      </w:r>
      <w:r w:rsidR="002F0D2A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（以</w:t>
      </w:r>
      <w:r w:rsidR="002B59F5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1</w:t>
      </w:r>
      <w:r w:rsidR="002F0D2A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人名義投稿）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4B8FD307" w14:textId="76A0ACBA" w:rsidR="002518FF" w:rsidRPr="004B7F95" w:rsidRDefault="002F0D2A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四、投稿作品規格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271"/>
        <w:gridCol w:w="7369"/>
      </w:tblGrid>
      <w:tr w:rsidR="00A2058F" w:rsidRPr="004B7F95" w14:paraId="0B933006" w14:textId="77777777" w:rsidTr="002B3B88">
        <w:tc>
          <w:tcPr>
            <w:tcW w:w="1271" w:type="dxa"/>
            <w:shd w:val="clear" w:color="auto" w:fill="F2F2F2" w:themeFill="background1" w:themeFillShade="F2"/>
          </w:tcPr>
          <w:p w14:paraId="495182DD" w14:textId="77777777" w:rsidR="00A2058F" w:rsidRPr="004B7F95" w:rsidRDefault="00A2058F" w:rsidP="002B3B88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類別</w:t>
            </w:r>
          </w:p>
        </w:tc>
        <w:tc>
          <w:tcPr>
            <w:tcW w:w="7369" w:type="dxa"/>
            <w:shd w:val="clear" w:color="auto" w:fill="F2F2F2" w:themeFill="background1" w:themeFillShade="F2"/>
          </w:tcPr>
          <w:p w14:paraId="57163F9C" w14:textId="77777777" w:rsidR="00A2058F" w:rsidRPr="004B7F95" w:rsidRDefault="00A2058F" w:rsidP="00A2058F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規格要求</w:t>
            </w:r>
          </w:p>
        </w:tc>
      </w:tr>
      <w:tr w:rsidR="00A2058F" w:rsidRPr="004B7F95" w14:paraId="24B5893E" w14:textId="77777777" w:rsidTr="002B3B88">
        <w:tc>
          <w:tcPr>
            <w:tcW w:w="1271" w:type="dxa"/>
          </w:tcPr>
          <w:p w14:paraId="28A5FC52" w14:textId="77777777" w:rsidR="00A2058F" w:rsidRPr="004B7F95" w:rsidRDefault="00A2058F" w:rsidP="002B3B88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照片組</w:t>
            </w:r>
          </w:p>
        </w:tc>
        <w:tc>
          <w:tcPr>
            <w:tcW w:w="7369" w:type="dxa"/>
          </w:tcPr>
          <w:p w14:paraId="02CD9ABA" w14:textId="77777777" w:rsidR="00A2058F" w:rsidRPr="004B7F95" w:rsidRDefault="00A2058F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作品形式：單張數位照片（彩色或黑白皆可）。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br/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器材使用：手機或相機皆可。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br/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檔案格式：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JPG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，最長邊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 3000px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以上，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150dpi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以上。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br/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後製規範：可進行基本調色，不得合成、加字、加插圖。</w:t>
            </w:r>
          </w:p>
        </w:tc>
      </w:tr>
      <w:tr w:rsidR="00A2058F" w:rsidRPr="004B7F95" w14:paraId="52B2387C" w14:textId="77777777" w:rsidTr="002B3B88">
        <w:tc>
          <w:tcPr>
            <w:tcW w:w="1271" w:type="dxa"/>
          </w:tcPr>
          <w:p w14:paraId="635EE7CA" w14:textId="77777777" w:rsidR="00A2058F" w:rsidRPr="004B7F95" w:rsidRDefault="00A2058F" w:rsidP="002B3B88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短影音組</w:t>
            </w:r>
          </w:p>
        </w:tc>
        <w:tc>
          <w:tcPr>
            <w:tcW w:w="7369" w:type="dxa"/>
          </w:tcPr>
          <w:p w14:paraId="4AEF202D" w14:textId="77777777" w:rsidR="00A2058F" w:rsidRPr="004B7F95" w:rsidRDefault="00A2058F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影片長度：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15-60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秒，直式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 9:16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，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1080p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以上。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br/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後製規範：可剪輯與配樂（須無版權疑慮）。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br/>
              <w:t xml:space="preserve">•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敘事要求：需具備故事性與主題表現。</w:t>
            </w:r>
          </w:p>
        </w:tc>
      </w:tr>
    </w:tbl>
    <w:p w14:paraId="312686CD" w14:textId="270E6D2A" w:rsidR="001C2654" w:rsidRPr="004B7F95" w:rsidRDefault="001C2654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五、獎勵制度</w:t>
      </w:r>
    </w:p>
    <w:p w14:paraId="776A0C02" w14:textId="0A8F388B" w:rsidR="00252C82" w:rsidRPr="004B7F95" w:rsidRDefault="00252C82" w:rsidP="00252C82">
      <w:p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每人可參加兩類別投稿，各限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1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件，惟每人最多僅能獲得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1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項獎項。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1C2654" w:rsidRPr="004B7F95" w14:paraId="06425587" w14:textId="77777777" w:rsidTr="001C2654">
        <w:tc>
          <w:tcPr>
            <w:tcW w:w="2880" w:type="dxa"/>
            <w:shd w:val="clear" w:color="auto" w:fill="F2F2F2" w:themeFill="background1" w:themeFillShade="F2"/>
          </w:tcPr>
          <w:p w14:paraId="66AAEBF4" w14:textId="77777777" w:rsidR="001C2654" w:rsidRPr="004B7F95" w:rsidRDefault="001C2654" w:rsidP="001C2654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獎項</w:t>
            </w:r>
          </w:p>
        </w:tc>
        <w:tc>
          <w:tcPr>
            <w:tcW w:w="2880" w:type="dxa"/>
            <w:shd w:val="clear" w:color="auto" w:fill="F2F2F2" w:themeFill="background1" w:themeFillShade="F2"/>
          </w:tcPr>
          <w:p w14:paraId="462ADF5C" w14:textId="77777777" w:rsidR="001C2654" w:rsidRPr="004B7F95" w:rsidRDefault="001C2654" w:rsidP="001C2654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照片組獎金</w:t>
            </w:r>
          </w:p>
        </w:tc>
        <w:tc>
          <w:tcPr>
            <w:tcW w:w="2880" w:type="dxa"/>
            <w:shd w:val="clear" w:color="auto" w:fill="F2F2F2" w:themeFill="background1" w:themeFillShade="F2"/>
          </w:tcPr>
          <w:p w14:paraId="75C79F97" w14:textId="77777777" w:rsidR="001C2654" w:rsidRPr="004B7F95" w:rsidRDefault="001C2654" w:rsidP="001C2654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</w:rPr>
              <w:t>短影音組獎金</w:t>
            </w:r>
          </w:p>
        </w:tc>
      </w:tr>
      <w:tr w:rsidR="001C2654" w:rsidRPr="004B7F95" w14:paraId="6193228F" w14:textId="77777777" w:rsidTr="00DA6036">
        <w:tc>
          <w:tcPr>
            <w:tcW w:w="2880" w:type="dxa"/>
          </w:tcPr>
          <w:p w14:paraId="39D7BE49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金牌獎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 xml:space="preserve"> (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各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1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名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0" w:type="dxa"/>
          </w:tcPr>
          <w:p w14:paraId="24ABD0BC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NT$ 8,000</w:t>
            </w:r>
          </w:p>
        </w:tc>
        <w:tc>
          <w:tcPr>
            <w:tcW w:w="2880" w:type="dxa"/>
          </w:tcPr>
          <w:p w14:paraId="6E738A72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NT$ 8,000</w:t>
            </w:r>
          </w:p>
        </w:tc>
      </w:tr>
      <w:tr w:rsidR="001C2654" w:rsidRPr="004B7F95" w14:paraId="57B18268" w14:textId="77777777" w:rsidTr="00DA6036">
        <w:tc>
          <w:tcPr>
            <w:tcW w:w="2880" w:type="dxa"/>
          </w:tcPr>
          <w:p w14:paraId="64A1BE8F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銀牌獎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 xml:space="preserve"> (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各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1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名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0" w:type="dxa"/>
          </w:tcPr>
          <w:p w14:paraId="2C186265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NT$ 5,000</w:t>
            </w:r>
          </w:p>
        </w:tc>
        <w:tc>
          <w:tcPr>
            <w:tcW w:w="2880" w:type="dxa"/>
          </w:tcPr>
          <w:p w14:paraId="3E838C7E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NT$ 5,000</w:t>
            </w:r>
          </w:p>
        </w:tc>
      </w:tr>
      <w:tr w:rsidR="001C2654" w:rsidRPr="004B7F95" w14:paraId="52A32B72" w14:textId="77777777" w:rsidTr="00DA6036">
        <w:tc>
          <w:tcPr>
            <w:tcW w:w="2880" w:type="dxa"/>
          </w:tcPr>
          <w:p w14:paraId="4FE4B84E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銅牌獎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 xml:space="preserve"> (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各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1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名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0" w:type="dxa"/>
          </w:tcPr>
          <w:p w14:paraId="147F7117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NT$ 2,000</w:t>
            </w:r>
          </w:p>
        </w:tc>
        <w:tc>
          <w:tcPr>
            <w:tcW w:w="2880" w:type="dxa"/>
          </w:tcPr>
          <w:p w14:paraId="78223048" w14:textId="77777777" w:rsidR="001C2654" w:rsidRPr="004B7F95" w:rsidRDefault="001C2654" w:rsidP="00DA6036">
            <w:pPr>
              <w:rPr>
                <w:rFonts w:ascii="Times New Roman" w:eastAsia="華康儷中宋" w:hAnsi="Times New Roman" w:cs="Times New Roman"/>
                <w:sz w:val="24"/>
                <w:szCs w:val="24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</w:rPr>
              <w:t>NT$ 2,000</w:t>
            </w:r>
          </w:p>
        </w:tc>
      </w:tr>
    </w:tbl>
    <w:p w14:paraId="74C5E339" w14:textId="4573754E" w:rsidR="001C2654" w:rsidRPr="004B7F95" w:rsidRDefault="00C04FF4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六、活動時程</w:t>
      </w:r>
    </w:p>
    <w:p w14:paraId="1648B747" w14:textId="470E8C79" w:rsidR="00C04FF4" w:rsidRPr="004B7F95" w:rsidRDefault="00C04FF4" w:rsidP="00473901">
      <w:pPr>
        <w:pStyle w:val="a0"/>
        <w:numPr>
          <w:ilvl w:val="0"/>
          <w:numId w:val="13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徵件期間：即日起至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6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</w:t>
      </w:r>
      <w:r w:rsidR="00715744">
        <w:rPr>
          <w:rFonts w:ascii="Times New Roman" w:eastAsia="華康儷中宋" w:hAnsi="Times New Roman" w:cs="Times New Roman" w:hint="eastAsia"/>
          <w:sz w:val="24"/>
          <w:szCs w:val="24"/>
          <w:lang w:eastAsia="zh-TW"/>
        </w:rPr>
        <w:t>25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日截止。</w:t>
      </w:r>
    </w:p>
    <w:p w14:paraId="02FAE4D5" w14:textId="07FB3B5E" w:rsidR="00473901" w:rsidRPr="004B7F95" w:rsidRDefault="00C04FF4" w:rsidP="00473901">
      <w:pPr>
        <w:pStyle w:val="a0"/>
        <w:numPr>
          <w:ilvl w:val="0"/>
          <w:numId w:val="13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初選公告：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7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</w:t>
      </w:r>
      <w:r w:rsidR="00715744">
        <w:rPr>
          <w:rFonts w:ascii="Times New Roman" w:eastAsia="華康儷中宋" w:hAnsi="Times New Roman" w:cs="Times New Roman" w:hint="eastAsia"/>
          <w:sz w:val="24"/>
          <w:szCs w:val="24"/>
          <w:lang w:eastAsia="zh-TW"/>
        </w:rPr>
        <w:t>1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日（各組別入選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15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名進入決選）。</w:t>
      </w:r>
    </w:p>
    <w:p w14:paraId="2A478F14" w14:textId="200F3898" w:rsidR="00C04FF4" w:rsidRPr="004B7F95" w:rsidRDefault="00C04FF4" w:rsidP="00473901">
      <w:pPr>
        <w:pStyle w:val="a0"/>
        <w:numPr>
          <w:ilvl w:val="0"/>
          <w:numId w:val="13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決選暨頒獎典禮：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7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16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日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(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四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) 14:00-17:00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73737892" w14:textId="77777777" w:rsidR="00AF3CDE" w:rsidRPr="004B7F95" w:rsidRDefault="000835C6" w:rsidP="00AF3CDE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lastRenderedPageBreak/>
        <w:t>七</w:t>
      </w:r>
      <w:r w:rsidR="002F0D2A"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、投稿方式</w:t>
      </w:r>
    </w:p>
    <w:p w14:paraId="3548E35E" w14:textId="5CC28AD5" w:rsidR="00AF3CDE" w:rsidRPr="00E83E28" w:rsidRDefault="00E80E22" w:rsidP="007F6406">
      <w:pPr>
        <w:pStyle w:val="21"/>
        <w:numPr>
          <w:ilvl w:val="0"/>
          <w:numId w:val="24"/>
        </w:numPr>
        <w:spacing w:before="0" w:line="320" w:lineRule="exact"/>
        <w:ind w:hanging="482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>步驟</w:t>
      </w: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 xml:space="preserve"> 1</w:t>
      </w: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>：準備</w:t>
      </w:r>
      <w:r w:rsidR="007324F2" w:rsidRPr="00E83E28">
        <w:rPr>
          <w:rFonts w:ascii="Times New Roman" w:eastAsia="華康儷中宋" w:hAnsi="Times New Roman" w:cs="Times New Roman" w:hint="eastAsia"/>
          <w:color w:val="auto"/>
          <w:sz w:val="24"/>
          <w:szCs w:val="24"/>
          <w:lang w:eastAsia="zh-TW"/>
        </w:rPr>
        <w:t>作品檔案</w:t>
      </w:r>
      <w:r w:rsidR="00EE0665" w:rsidRPr="00E83E28">
        <w:rPr>
          <w:rFonts w:ascii="Times New Roman" w:eastAsia="華康儷中宋" w:hAnsi="Times New Roman" w:cs="Times New Roman" w:hint="eastAsia"/>
          <w:color w:val="auto"/>
          <w:sz w:val="24"/>
          <w:szCs w:val="24"/>
          <w:lang w:eastAsia="zh-TW"/>
        </w:rPr>
        <w:t>。</w:t>
      </w:r>
    </w:p>
    <w:p w14:paraId="57B021B5" w14:textId="42C1CA69" w:rsidR="00AF3CDE" w:rsidRPr="004B7F95" w:rsidRDefault="00AF3CDE" w:rsidP="007F6406">
      <w:pPr>
        <w:pStyle w:val="21"/>
        <w:numPr>
          <w:ilvl w:val="0"/>
          <w:numId w:val="28"/>
        </w:numPr>
        <w:spacing w:before="0" w:line="320" w:lineRule="exact"/>
        <w:ind w:hanging="482"/>
        <w:rPr>
          <w:rFonts w:ascii="Times New Roman" w:eastAsia="華康儷中宋" w:hAnsi="Times New Roman" w:cs="Times New Roman"/>
          <w:b w:val="0"/>
          <w:bCs w:val="0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照片組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作品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 xml:space="preserve"> JPG 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檔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(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檔名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姓名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_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作品名稱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.jpg)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。</w:t>
      </w:r>
    </w:p>
    <w:p w14:paraId="49CF084B" w14:textId="586A0851" w:rsidR="00AF3CDE" w:rsidRPr="004B7F95" w:rsidRDefault="00AF3CDE" w:rsidP="007F6406">
      <w:pPr>
        <w:pStyle w:val="21"/>
        <w:numPr>
          <w:ilvl w:val="0"/>
          <w:numId w:val="28"/>
        </w:numPr>
        <w:spacing w:before="0" w:line="320" w:lineRule="exact"/>
        <w:ind w:hanging="482"/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短影音組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作品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 xml:space="preserve"> MP4 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檔</w:t>
      </w:r>
      <w:r w:rsidR="004D44EB">
        <w:rPr>
          <w:rFonts w:ascii="Times New Roman" w:eastAsia="華康儷中宋" w:hAnsi="Times New Roman" w:cs="Times New Roman" w:hint="eastAsia"/>
          <w:b w:val="0"/>
          <w:bCs w:val="0"/>
          <w:color w:val="auto"/>
          <w:sz w:val="24"/>
          <w:szCs w:val="24"/>
          <w:lang w:eastAsia="zh-TW"/>
        </w:rPr>
        <w:t>(</w:t>
      </w:r>
      <w:r w:rsidR="004D44EB"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檔名</w:t>
      </w:r>
      <w:r w:rsidR="004D44EB"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</w:t>
      </w:r>
      <w:r w:rsidR="004D44EB"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姓名</w:t>
      </w:r>
      <w:r w:rsidR="004D44EB"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_</w:t>
      </w:r>
      <w:r w:rsidR="004D44EB"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作品名稱</w:t>
      </w:r>
      <w:r w:rsidR="004D44EB"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.</w:t>
      </w:r>
      <w:r w:rsidR="004D44EB" w:rsidRPr="004D44EB">
        <w:rPr>
          <w:lang w:eastAsia="zh-TW"/>
        </w:rPr>
        <w:t xml:space="preserve"> </w:t>
      </w:r>
      <w:r w:rsidR="004D44EB" w:rsidRPr="004D44EB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MP4</w:t>
      </w:r>
      <w:r w:rsidR="004D44EB">
        <w:rPr>
          <w:rFonts w:ascii="Times New Roman" w:eastAsia="華康儷中宋" w:hAnsi="Times New Roman" w:cs="Times New Roman" w:hint="eastAsia"/>
          <w:b w:val="0"/>
          <w:bCs w:val="0"/>
          <w:color w:val="auto"/>
          <w:sz w:val="24"/>
          <w:szCs w:val="24"/>
          <w:lang w:eastAsia="zh-TW"/>
        </w:rPr>
        <w:t>)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。若檔案超過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 xml:space="preserve"> 20MB,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請提供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 xml:space="preserve"> Google Drive 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下載連結並開啟存取權限。</w:t>
      </w:r>
    </w:p>
    <w:p w14:paraId="4F88EA63" w14:textId="3CD4C67A" w:rsidR="00AF3CDE" w:rsidRPr="004B7F95" w:rsidRDefault="00AF3CDE" w:rsidP="007F6406">
      <w:pPr>
        <w:pStyle w:val="21"/>
        <w:numPr>
          <w:ilvl w:val="0"/>
          <w:numId w:val="28"/>
        </w:numPr>
        <w:spacing w:before="0" w:line="320" w:lineRule="exact"/>
        <w:ind w:hanging="482"/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 xml:space="preserve"> 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報名表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填妥【附件二】報名表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,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內含作品資訊與創作理念。</w:t>
      </w:r>
    </w:p>
    <w:p w14:paraId="5294A9B6" w14:textId="09D750DC" w:rsidR="00AF3CDE" w:rsidRPr="00E83E28" w:rsidRDefault="00AF3CDE" w:rsidP="007F6406">
      <w:pPr>
        <w:pStyle w:val="21"/>
        <w:numPr>
          <w:ilvl w:val="0"/>
          <w:numId w:val="24"/>
        </w:numPr>
        <w:spacing w:before="0" w:line="320" w:lineRule="exact"/>
        <w:ind w:hanging="482"/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</w:pP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>步驟</w:t>
      </w: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 xml:space="preserve"> 2</w:t>
      </w: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>寄送郵件</w:t>
      </w:r>
    </w:p>
    <w:p w14:paraId="2C3F8B7A" w14:textId="116CE174" w:rsidR="00AF3CDE" w:rsidRPr="004B7F95" w:rsidRDefault="00AF3CDE" w:rsidP="007F6406">
      <w:pPr>
        <w:pStyle w:val="21"/>
        <w:numPr>
          <w:ilvl w:val="0"/>
          <w:numId w:val="30"/>
        </w:numPr>
        <w:spacing w:before="0" w:line="320" w:lineRule="exact"/>
        <w:ind w:hanging="482"/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寄至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:xiproject@legendinno.com.tw</w:t>
      </w:r>
    </w:p>
    <w:p w14:paraId="28D269D4" w14:textId="77777777" w:rsidR="00AF3CDE" w:rsidRPr="004B7F95" w:rsidRDefault="00AF3CDE" w:rsidP="007F6406">
      <w:pPr>
        <w:pStyle w:val="21"/>
        <w:numPr>
          <w:ilvl w:val="0"/>
          <w:numId w:val="30"/>
        </w:numPr>
        <w:spacing w:before="0" w:line="320" w:lineRule="exact"/>
        <w:ind w:hanging="482"/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主旨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: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拍拍西市攝影徵件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_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姓名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_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作品名稱</w:t>
      </w:r>
    </w:p>
    <w:p w14:paraId="596383B3" w14:textId="36D7A4BA" w:rsidR="00AF3CDE" w:rsidRPr="00E83E28" w:rsidRDefault="00AF3CDE" w:rsidP="007F6406">
      <w:pPr>
        <w:pStyle w:val="21"/>
        <w:numPr>
          <w:ilvl w:val="0"/>
          <w:numId w:val="24"/>
        </w:numPr>
        <w:spacing w:before="0" w:line="320" w:lineRule="exact"/>
        <w:ind w:hanging="482"/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</w:pP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>步驟</w:t>
      </w: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 xml:space="preserve"> 3</w:t>
      </w:r>
      <w:r w:rsidRPr="00E83E28">
        <w:rPr>
          <w:rFonts w:ascii="Times New Roman" w:eastAsia="華康儷中宋" w:hAnsi="Times New Roman" w:cs="Times New Roman"/>
          <w:color w:val="auto"/>
          <w:sz w:val="24"/>
          <w:szCs w:val="24"/>
          <w:lang w:eastAsia="zh-TW"/>
        </w:rPr>
        <w:t>確認回覆</w:t>
      </w:r>
    </w:p>
    <w:p w14:paraId="63D3FA04" w14:textId="77777777" w:rsidR="00AF3CDE" w:rsidRPr="004B7F95" w:rsidRDefault="00AF3CDE" w:rsidP="007F6406">
      <w:pPr>
        <w:pStyle w:val="21"/>
        <w:numPr>
          <w:ilvl w:val="0"/>
          <w:numId w:val="31"/>
        </w:numPr>
        <w:spacing w:before="0" w:line="320" w:lineRule="exact"/>
        <w:ind w:hanging="482"/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主辦單位於收到郵件後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,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將於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 xml:space="preserve"> 3 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個工作天內回覆「收件確認」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,</w:t>
      </w:r>
      <w:r w:rsidRPr="004B7F95"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  <w:t>即完成報名。</w:t>
      </w:r>
    </w:p>
    <w:p w14:paraId="35DD9330" w14:textId="5EB1BE07" w:rsidR="00252C82" w:rsidRPr="004B7F95" w:rsidRDefault="0018425D" w:rsidP="00AF3CDE">
      <w:pPr>
        <w:pStyle w:val="21"/>
        <w:rPr>
          <w:rFonts w:ascii="Times New Roman" w:eastAsia="華康儷中宋" w:hAnsi="Times New Roman" w:cs="Times New Roman"/>
          <w:b w:val="0"/>
          <w:bCs w:val="0"/>
          <w:color w:val="auto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八</w:t>
      </w:r>
      <w:r w:rsidR="00252C82"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、</w:t>
      </w:r>
      <w:r w:rsidR="00D94CB8"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決選與展示方式</w:t>
      </w:r>
    </w:p>
    <w:p w14:paraId="05EBF82B" w14:textId="0535727F" w:rsidR="00762E7C" w:rsidRPr="004B7F95" w:rsidRDefault="00252C82" w:rsidP="00762E7C">
      <w:pPr>
        <w:pStyle w:val="ae"/>
        <w:numPr>
          <w:ilvl w:val="0"/>
          <w:numId w:val="22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入選作品將收錄於基地網站「線上藝廊」及西市場</w:t>
      </w:r>
      <w:r w:rsidR="00D94CB8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數位基地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實體展示。</w:t>
      </w:r>
    </w:p>
    <w:p w14:paraId="0ED27DAA" w14:textId="59EF0F37" w:rsidR="00252C82" w:rsidRPr="004B7F95" w:rsidRDefault="00252C82" w:rsidP="00762E7C">
      <w:pPr>
        <w:pStyle w:val="ae"/>
        <w:numPr>
          <w:ilvl w:val="0"/>
          <w:numId w:val="22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7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16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日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(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四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)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下午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2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點至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5</w:t>
      </w:r>
      <w:r w:rsidR="00762E7C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點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現場進行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5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分鐘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簡報及</w:t>
      </w:r>
      <w:r w:rsidR="00D94CB8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與現場民眾進行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30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分鐘照片重現</w:t>
      </w:r>
      <w:r w:rsidR="00D94CB8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互動遊戲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  <w:r w:rsidR="00CD273F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(</w:t>
      </w:r>
      <w:r w:rsidR="00CD273F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簡報內容包含：創作動機、作品故事說明及拍攝心得</w:t>
      </w:r>
      <w:r w:rsidR="00CD273F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)</w:t>
      </w:r>
      <w:r w:rsidR="00CD273F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7F299E13" w14:textId="21595575" w:rsidR="002518FF" w:rsidRPr="004B7F95" w:rsidRDefault="00D94CB8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九</w:t>
      </w:r>
      <w:r w:rsidR="002F0D2A"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、評選</w:t>
      </w: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機制</w:t>
      </w:r>
    </w:p>
    <w:p w14:paraId="04FBFF80" w14:textId="0C727C4A" w:rsidR="00D94CB8" w:rsidRPr="004B7F95" w:rsidRDefault="00D94CB8" w:rsidP="00D94CB8">
      <w:pPr>
        <w:pStyle w:val="ae"/>
        <w:numPr>
          <w:ilvl w:val="0"/>
          <w:numId w:val="17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遴聘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2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位攝影專業領域評審，確保評選之專業性與公正性。</w:t>
      </w:r>
    </w:p>
    <w:p w14:paraId="4C46C0C8" w14:textId="1FFB778A" w:rsidR="00D94CB8" w:rsidRPr="004B7F95" w:rsidRDefault="00D94CB8" w:rsidP="00D94CB8">
      <w:pPr>
        <w:pStyle w:val="ae"/>
        <w:numPr>
          <w:ilvl w:val="0"/>
          <w:numId w:val="17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評選內容：</w:t>
      </w:r>
    </w:p>
    <w:p w14:paraId="7AA243BF" w14:textId="265882A8" w:rsidR="002518FF" w:rsidRPr="004B7F95" w:rsidRDefault="002F0D2A" w:rsidP="00D94CB8">
      <w:pPr>
        <w:pStyle w:val="ae"/>
        <w:numPr>
          <w:ilvl w:val="0"/>
          <w:numId w:val="18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敘事性（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40%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）：是否呈現市場故事</w:t>
      </w:r>
      <w:r w:rsidR="00071979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3E0DF88A" w14:textId="2C991DE1" w:rsidR="002518FF" w:rsidRPr="004B7F95" w:rsidRDefault="002F0D2A" w:rsidP="00D94CB8">
      <w:pPr>
        <w:pStyle w:val="ae"/>
        <w:numPr>
          <w:ilvl w:val="0"/>
          <w:numId w:val="18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情感與視角（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30%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）：是否展現作者對場域的理解</w:t>
      </w:r>
      <w:r w:rsidR="00071979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39048D3E" w14:textId="02777561" w:rsidR="002518FF" w:rsidRPr="004B7F95" w:rsidRDefault="002F0D2A" w:rsidP="00D94CB8">
      <w:pPr>
        <w:pStyle w:val="ae"/>
        <w:numPr>
          <w:ilvl w:val="0"/>
          <w:numId w:val="18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美感與構圖（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30%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）：影像品質與視覺呈現</w:t>
      </w:r>
      <w:r w:rsidR="00071979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5DF390D8" w14:textId="0D1A8F46" w:rsidR="002518FF" w:rsidRPr="004B7F95" w:rsidRDefault="002F0D2A">
      <w:pPr>
        <w:pStyle w:val="21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十、</w:t>
      </w:r>
      <w:r w:rsidR="00D94CB8"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授權與</w:t>
      </w: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備註</w:t>
      </w:r>
    </w:p>
    <w:p w14:paraId="0B811C6E" w14:textId="4F4A2F4C" w:rsidR="002518FF" w:rsidRPr="004B7F95" w:rsidRDefault="00D94CB8" w:rsidP="00D94CB8">
      <w:pPr>
        <w:pStyle w:val="ae"/>
        <w:numPr>
          <w:ilvl w:val="0"/>
          <w:numId w:val="19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投稿即同意授權主辦單位於推廣中使用。作品須為原創，嚴禁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AI 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生成。</w:t>
      </w:r>
      <w:r w:rsidR="002F0D2A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 </w:t>
      </w:r>
      <w:r w:rsidR="002F0D2A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若違反規範，將取消入選資格</w:t>
      </w:r>
      <w:r w:rsidR="00071979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19F74F69" w14:textId="7A76D4C9" w:rsidR="00E50008" w:rsidRPr="004B7F95" w:rsidRDefault="003C16E6" w:rsidP="00E50008">
      <w:pPr>
        <w:pStyle w:val="ae"/>
        <w:numPr>
          <w:ilvl w:val="0"/>
          <w:numId w:val="19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拍攝人物前請取得同意，須尊重拍攝倫理。</w:t>
      </w:r>
    </w:p>
    <w:p w14:paraId="2A425814" w14:textId="4675C437" w:rsidR="00603E90" w:rsidRPr="004B7F95" w:rsidRDefault="00E50008" w:rsidP="00A1647D">
      <w:pPr>
        <w:pStyle w:val="21"/>
        <w:spacing w:beforeLines="50" w:before="120" w:afterLines="50" w:after="120"/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000000" w:themeColor="text1"/>
          <w:sz w:val="24"/>
          <w:szCs w:val="24"/>
          <w:lang w:eastAsia="zh-TW"/>
        </w:rPr>
        <w:t>十一、聯絡方式</w:t>
      </w:r>
      <w:r w:rsidR="00D94CB8" w:rsidRPr="004B7F95">
        <w:rPr>
          <w:rFonts w:ascii="Times New Roman" w:eastAsia="華康儷中宋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53CF925" wp14:editId="3F8370E4">
                <wp:simplePos x="0" y="0"/>
                <wp:positionH relativeFrom="margin">
                  <wp:posOffset>3954356</wp:posOffset>
                </wp:positionH>
                <wp:positionV relativeFrom="paragraph">
                  <wp:posOffset>225001</wp:posOffset>
                </wp:positionV>
                <wp:extent cx="1686034" cy="1089660"/>
                <wp:effectExtent l="0" t="0" r="9525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034" cy="1089660"/>
                          <a:chOff x="0" y="0"/>
                          <a:chExt cx="1686034" cy="1089660"/>
                        </a:xfrm>
                      </wpg:grpSpPr>
                      <wpg:grpSp>
                        <wpg:cNvPr id="3" name="群組 3"/>
                        <wpg:cNvGrpSpPr/>
                        <wpg:grpSpPr>
                          <a:xfrm>
                            <a:off x="898634" y="15766"/>
                            <a:ext cx="787400" cy="1071244"/>
                            <a:chOff x="0" y="-13334"/>
                            <a:chExt cx="787400" cy="1071244"/>
                          </a:xfrm>
                        </wpg:grpSpPr>
                        <wps:wsp>
                          <wps:cNvPr id="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698500"/>
                              <a:ext cx="717550" cy="359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FA433" w14:textId="588088EE" w:rsidR="003D3D2B" w:rsidRPr="003D3D2B" w:rsidRDefault="003D3D2B" w:rsidP="003D3D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微軟正黑體" w:eastAsia="微軟正黑體" w:hAnsi="微軟正黑體" w:cs="Times New Roman"/>
                                    <w:sz w:val="20"/>
                                  </w:rPr>
                                </w:pPr>
                                <w:r w:rsidRPr="003D3D2B">
                                  <w:rPr>
                                    <w:rFonts w:ascii="微軟正黑體" w:eastAsia="微軟正黑體" w:hAnsi="微軟正黑體" w:cs="Times New Roman"/>
                                    <w:sz w:val="20"/>
                                  </w:rPr>
                                  <w:t>FB 粉專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7347429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334"/>
                              <a:ext cx="787400" cy="787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群組 4"/>
                        <wpg:cNvGrpSpPr/>
                        <wpg:grpSpPr>
                          <a:xfrm>
                            <a:off x="0" y="0"/>
                            <a:ext cx="829310" cy="1089660"/>
                            <a:chOff x="0" y="0"/>
                            <a:chExt cx="829310" cy="1089660"/>
                          </a:xfrm>
                        </wpg:grpSpPr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" y="730250"/>
                              <a:ext cx="762000" cy="359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5D1FF" w14:textId="6EBC57A4" w:rsidR="003D3D2B" w:rsidRPr="003D3D2B" w:rsidRDefault="003D3D2B" w:rsidP="003D3D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微軟正黑體" w:eastAsia="微軟正黑體" w:hAnsi="微軟正黑體" w:cs="Times New Roman"/>
                                    <w:sz w:val="20"/>
                                  </w:rPr>
                                </w:pPr>
                                <w:r w:rsidRPr="003D3D2B">
                                  <w:rPr>
                                    <w:rFonts w:ascii="微軟正黑體" w:eastAsia="微軟正黑體" w:hAnsi="微軟正黑體" w:cs="Times New Roman"/>
                                    <w:sz w:val="20"/>
                                  </w:rPr>
                                  <w:t>LINE@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486512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9310" cy="8293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3CF925" id="群組 5" o:spid="_x0000_s1026" style="position:absolute;margin-left:311.35pt;margin-top:17.7pt;width:132.75pt;height:85.8pt;z-index:-251653120;mso-position-horizontal-relative:margin" coordsize="16860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">
                <v:group id="群組 3" o:spid="_x0000_s1027" style="position:absolute;left:8986;top:157;width:7874;height:10713" coordorigin=",-133" coordsize="7874,1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8" type="#_x0000_t202" style="position:absolute;left:63;top:6985;width:717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" filled="f" stroked="f">
                    <v:textbox>
                      <w:txbxContent>
                        <w:p w14:paraId="62AFA433" w14:textId="588088EE" w:rsidR="003D3D2B" w:rsidRPr="003D3D2B" w:rsidRDefault="003D3D2B" w:rsidP="003D3D2B">
                          <w:pPr>
                            <w:spacing w:after="0" w:line="240" w:lineRule="auto"/>
                            <w:jc w:val="center"/>
                            <w:rPr>
                              <w:rFonts w:ascii="微軟正黑體" w:eastAsia="微軟正黑體" w:hAnsi="微軟正黑體" w:cs="Times New Roman"/>
                              <w:sz w:val="20"/>
                            </w:rPr>
                          </w:pPr>
                          <w:r w:rsidRPr="003D3D2B">
                            <w:rPr>
                              <w:rFonts w:ascii="微軟正黑體" w:eastAsia="微軟正黑體" w:hAnsi="微軟正黑體" w:cs="Times New Roman"/>
                              <w:sz w:val="20"/>
                            </w:rPr>
                            <w:t>FB 粉專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" o:spid="_x0000_s1029" type="#_x0000_t75" style="position:absolute;top:-133;width:7874;height:7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">
                    <v:imagedata r:id="rId10" o:title=""/>
                  </v:shape>
                </v:group>
                <v:group id="群組 4" o:spid="_x0000_s1030" style="position:absolute;width:8293;height:10896" coordsize="8293,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文字方塊 2" o:spid="_x0000_s1031" type="#_x0000_t202" style="position:absolute;left:508;top:7302;width:762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  <v:textbox>
                      <w:txbxContent>
                        <w:p w14:paraId="3725D1FF" w14:textId="6EBC57A4" w:rsidR="003D3D2B" w:rsidRPr="003D3D2B" w:rsidRDefault="003D3D2B" w:rsidP="003D3D2B">
                          <w:pPr>
                            <w:spacing w:after="0" w:line="240" w:lineRule="auto"/>
                            <w:jc w:val="center"/>
                            <w:rPr>
                              <w:rFonts w:ascii="微軟正黑體" w:eastAsia="微軟正黑體" w:hAnsi="微軟正黑體" w:cs="Times New Roman"/>
                              <w:sz w:val="20"/>
                            </w:rPr>
                          </w:pPr>
                          <w:r w:rsidRPr="003D3D2B">
                            <w:rPr>
                              <w:rFonts w:ascii="微軟正黑體" w:eastAsia="微軟正黑體" w:hAnsi="微軟正黑體" w:cs="Times New Roman"/>
                              <w:sz w:val="20"/>
                            </w:rPr>
                            <w:t>LINE@</w:t>
                          </w:r>
                        </w:p>
                      </w:txbxContent>
                    </v:textbox>
                  </v:shape>
                  <v:shape id="圖片 1" o:spid="_x0000_s1032" type="#_x0000_t75" style="position:absolute;width:8293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">
                    <v:imagedata r:id="rId11" o:title=""/>
                  </v:shape>
                </v:group>
                <w10:wrap anchorx="margin"/>
              </v:group>
            </w:pict>
          </mc:Fallback>
        </mc:AlternateContent>
      </w:r>
    </w:p>
    <w:p w14:paraId="2801BA96" w14:textId="5DEE6541" w:rsidR="00831827" w:rsidRPr="004B7F95" w:rsidRDefault="00AC40ED" w:rsidP="00A1647D">
      <w:pPr>
        <w:pStyle w:val="ae"/>
        <w:spacing w:beforeLines="50" w:before="120" w:afterLines="50" w:after="120"/>
        <w:ind w:left="0"/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  <w:t>西市場</w:t>
      </w:r>
      <w:r w:rsidR="000E5E45" w:rsidRPr="004B7F95"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  <w:t>數位青創基地</w:t>
      </w:r>
    </w:p>
    <w:p w14:paraId="7C826F92" w14:textId="38B12B28" w:rsidR="00CE74C7" w:rsidRPr="004B7F95" w:rsidRDefault="00831827" w:rsidP="00D80BA5">
      <w:pPr>
        <w:pStyle w:val="ae"/>
        <w:ind w:left="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• 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聯絡窗口：陳小姐</w:t>
      </w:r>
    </w:p>
    <w:p w14:paraId="3BD05FA8" w14:textId="1299283E" w:rsidR="00831827" w:rsidRPr="004B7F95" w:rsidRDefault="00CC1A7B" w:rsidP="00D80BA5">
      <w:pPr>
        <w:pStyle w:val="ae"/>
        <w:ind w:left="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• </w:t>
      </w:r>
      <w:r w:rsidR="000E5E45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電話：</w:t>
      </w:r>
      <w:r w:rsidR="000E5E45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05 2277 001</w:t>
      </w:r>
    </w:p>
    <w:p w14:paraId="18A99DAE" w14:textId="52A85C5F" w:rsidR="00CC1A7B" w:rsidRPr="004B7F95" w:rsidRDefault="00CC1A7B" w:rsidP="00CC1A7B">
      <w:pPr>
        <w:pStyle w:val="ae"/>
        <w:ind w:left="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• 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LINE@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：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@578gvkue </w:t>
      </w:r>
    </w:p>
    <w:p w14:paraId="6D331425" w14:textId="3E73BA88" w:rsidR="00831827" w:rsidRPr="004B7F95" w:rsidRDefault="00831827" w:rsidP="00D80BA5">
      <w:pPr>
        <w:pStyle w:val="ae"/>
        <w:ind w:left="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• 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地址：嘉義市西區國華街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245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號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 xml:space="preserve">2 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樓之</w:t>
      </w:r>
      <w:r w:rsidR="00603E90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10</w:t>
      </w:r>
      <w:r w:rsidR="00E50008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-11</w:t>
      </w:r>
      <w:r w:rsidR="00E50008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號</w:t>
      </w:r>
    </w:p>
    <w:p w14:paraId="1387EE0E" w14:textId="06FADD08" w:rsidR="00A14B2E" w:rsidRPr="004B7F95" w:rsidRDefault="00A14B2E" w:rsidP="00831827">
      <w:pPr>
        <w:pStyle w:val="ae"/>
        <w:ind w:leftChars="264" w:left="581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</w:p>
    <w:p w14:paraId="2E0D3F9B" w14:textId="4D4DED7B" w:rsidR="003B264A" w:rsidRPr="004B7F95" w:rsidRDefault="003B264A" w:rsidP="0058680A">
      <w:pPr>
        <w:ind w:leftChars="100" w:left="220"/>
        <w:rPr>
          <w:rFonts w:ascii="Times New Roman" w:eastAsia="華康儷中宋" w:hAnsi="Times New Roman" w:cs="Times New Roman"/>
          <w:sz w:val="24"/>
          <w:szCs w:val="24"/>
          <w:lang w:eastAsia="zh-TW"/>
        </w:rPr>
      </w:pPr>
    </w:p>
    <w:p w14:paraId="01B2FF71" w14:textId="77777777" w:rsidR="00D65FA1" w:rsidRPr="004B7F95" w:rsidRDefault="00D65FA1" w:rsidP="0058680A">
      <w:pPr>
        <w:ind w:leftChars="100" w:left="220"/>
        <w:rPr>
          <w:rFonts w:ascii="Times New Roman" w:eastAsia="華康儷中宋" w:hAnsi="Times New Roman" w:cs="Times New Roman"/>
          <w:sz w:val="24"/>
          <w:szCs w:val="24"/>
          <w:lang w:eastAsia="zh-TW"/>
        </w:rPr>
        <w:sectPr w:rsidR="00D65FA1" w:rsidRPr="004B7F95" w:rsidSect="00AD0F7E">
          <w:pgSz w:w="12240" w:h="15840"/>
          <w:pgMar w:top="1304" w:right="1758" w:bottom="1304" w:left="1758" w:header="0" w:footer="0" w:gutter="0"/>
          <w:cols w:space="720"/>
          <w:docGrid w:linePitch="360"/>
        </w:sectPr>
      </w:pPr>
    </w:p>
    <w:p w14:paraId="7C71B336" w14:textId="36D22585" w:rsidR="00D65FA1" w:rsidRPr="004B7F95" w:rsidRDefault="00D65FA1">
      <w:pPr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  <w:t>附件一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413"/>
        <w:gridCol w:w="3402"/>
        <w:gridCol w:w="2410"/>
        <w:gridCol w:w="3543"/>
      </w:tblGrid>
      <w:tr w:rsidR="002E538A" w:rsidRPr="004B7F95" w14:paraId="07002A2A" w14:textId="77777777" w:rsidTr="005545D4">
        <w:trPr>
          <w:trHeight w:val="558"/>
        </w:trPr>
        <w:tc>
          <w:tcPr>
            <w:tcW w:w="10768" w:type="dxa"/>
            <w:gridSpan w:val="4"/>
            <w:noWrap/>
            <w:vAlign w:val="center"/>
            <w:hideMark/>
          </w:tcPr>
          <w:p w14:paraId="2EB23DF8" w14:textId="1D00A06E" w:rsidR="002E538A" w:rsidRPr="004B7F95" w:rsidRDefault="00A21F42" w:rsidP="00170398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【</w:t>
            </w:r>
            <w:r w:rsidR="002E538A"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範例</w:t>
            </w: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】《拍拍西市</w:t>
            </w: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 xml:space="preserve"> — </w:t>
            </w: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你眼中的西市場》攝影徵件</w:t>
            </w:r>
          </w:p>
        </w:tc>
      </w:tr>
      <w:tr w:rsidR="00803E62" w:rsidRPr="004B7F95" w14:paraId="3C2F66BB" w14:textId="77777777" w:rsidTr="00A13869">
        <w:trPr>
          <w:trHeight w:val="624"/>
        </w:trPr>
        <w:tc>
          <w:tcPr>
            <w:tcW w:w="1413" w:type="dxa"/>
            <w:noWrap/>
            <w:vAlign w:val="center"/>
            <w:hideMark/>
          </w:tcPr>
          <w:p w14:paraId="2C5E4348" w14:textId="77777777" w:rsidR="00803E62" w:rsidRPr="004B7F95" w:rsidRDefault="00803E62" w:rsidP="00803E62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中文姓名</w:t>
            </w:r>
          </w:p>
        </w:tc>
        <w:tc>
          <w:tcPr>
            <w:tcW w:w="3402" w:type="dxa"/>
            <w:noWrap/>
            <w:vAlign w:val="center"/>
            <w:hideMark/>
          </w:tcPr>
          <w:p w14:paraId="3747F993" w14:textId="0F8D591C" w:rsidR="00803E62" w:rsidRPr="004B7F95" w:rsidRDefault="00803E62" w:rsidP="00803E62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陳小明</w:t>
            </w:r>
          </w:p>
        </w:tc>
        <w:tc>
          <w:tcPr>
            <w:tcW w:w="2410" w:type="dxa"/>
            <w:noWrap/>
            <w:vAlign w:val="center"/>
          </w:tcPr>
          <w:p w14:paraId="5F3E3CC4" w14:textId="6251F52C" w:rsidR="00803E62" w:rsidRPr="004B7F95" w:rsidRDefault="00803E62" w:rsidP="00803E62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參加類別</w:t>
            </w:r>
          </w:p>
        </w:tc>
        <w:tc>
          <w:tcPr>
            <w:tcW w:w="3543" w:type="dxa"/>
            <w:vAlign w:val="center"/>
          </w:tcPr>
          <w:p w14:paraId="319D5149" w14:textId="34CA8E90" w:rsidR="00803E62" w:rsidRPr="004B7F95" w:rsidRDefault="00803E62" w:rsidP="00803E62">
            <w:pPr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■  </w:t>
            </w: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>照片組</w:t>
            </w:r>
          </w:p>
          <w:p w14:paraId="71AE062A" w14:textId="7B442812" w:rsidR="00803E62" w:rsidRPr="004B7F95" w:rsidRDefault="00803E62" w:rsidP="00803E62">
            <w:pPr>
              <w:jc w:val="both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□  </w:t>
            </w: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>短影音組</w:t>
            </w:r>
          </w:p>
        </w:tc>
      </w:tr>
      <w:tr w:rsidR="00803E62" w:rsidRPr="004B7F95" w14:paraId="4B315C4B" w14:textId="77777777" w:rsidTr="00A13869">
        <w:trPr>
          <w:trHeight w:val="624"/>
        </w:trPr>
        <w:tc>
          <w:tcPr>
            <w:tcW w:w="1413" w:type="dxa"/>
            <w:noWrap/>
            <w:vAlign w:val="center"/>
            <w:hideMark/>
          </w:tcPr>
          <w:p w14:paraId="0184D5F3" w14:textId="69B929CB" w:rsidR="00803E62" w:rsidRPr="004B7F95" w:rsidRDefault="00803E62" w:rsidP="00803E62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年齡</w:t>
            </w:r>
            <w:r w:rsidR="00E54C21"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/ </w:t>
            </w:r>
            <w:r w:rsidR="00E54C21"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性別</w:t>
            </w:r>
          </w:p>
        </w:tc>
        <w:tc>
          <w:tcPr>
            <w:tcW w:w="3402" w:type="dxa"/>
            <w:noWrap/>
            <w:vAlign w:val="center"/>
            <w:hideMark/>
          </w:tcPr>
          <w:p w14:paraId="60107FBA" w14:textId="11566745" w:rsidR="00803E62" w:rsidRPr="004B7F95" w:rsidRDefault="00E54C21" w:rsidP="00803E62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男</w:t>
            </w: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 xml:space="preserve"> / </w:t>
            </w:r>
            <w:r w:rsidR="00803E62"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12</w:t>
            </w:r>
            <w:r w:rsidR="00803E62"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歲</w:t>
            </w:r>
          </w:p>
        </w:tc>
        <w:tc>
          <w:tcPr>
            <w:tcW w:w="2410" w:type="dxa"/>
            <w:noWrap/>
            <w:vAlign w:val="center"/>
          </w:tcPr>
          <w:p w14:paraId="7400E21A" w14:textId="66BF51BF" w:rsidR="00803E62" w:rsidRPr="004B7F95" w:rsidRDefault="008F5496" w:rsidP="00803E62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華康儷中宋" w:hAnsi="Times New Roman" w:cs="Times New Roman" w:hint="eastAsia"/>
                <w:sz w:val="24"/>
                <w:szCs w:val="24"/>
                <w:lang w:eastAsia="zh-TW"/>
              </w:rPr>
              <w:t>職業</w:t>
            </w:r>
          </w:p>
        </w:tc>
        <w:tc>
          <w:tcPr>
            <w:tcW w:w="3543" w:type="dxa"/>
            <w:noWrap/>
            <w:vAlign w:val="bottom"/>
          </w:tcPr>
          <w:p w14:paraId="60EEFB73" w14:textId="46950588" w:rsidR="00803E62" w:rsidRPr="004B7F95" w:rsidRDefault="00630A9B" w:rsidP="00803E62">
            <w:pPr>
              <w:spacing w:line="360" w:lineRule="auto"/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華康儷中宋" w:hAnsi="Times New Roman" w:cs="Times New Roman" w:hint="eastAsia"/>
                <w:b/>
                <w:color w:val="0070C0"/>
                <w:sz w:val="24"/>
                <w:szCs w:val="24"/>
                <w:lang w:eastAsia="zh-TW"/>
              </w:rPr>
              <w:t>學生</w:t>
            </w:r>
          </w:p>
        </w:tc>
      </w:tr>
      <w:tr w:rsidR="009412FC" w:rsidRPr="004B7F95" w14:paraId="6D6DBDAA" w14:textId="77777777" w:rsidTr="005545D4">
        <w:trPr>
          <w:trHeight w:val="609"/>
        </w:trPr>
        <w:tc>
          <w:tcPr>
            <w:tcW w:w="1413" w:type="dxa"/>
            <w:vMerge w:val="restart"/>
            <w:noWrap/>
            <w:vAlign w:val="center"/>
          </w:tcPr>
          <w:p w14:paraId="6DDA534D" w14:textId="5971FA5C" w:rsidR="009412FC" w:rsidRPr="004B7F95" w:rsidRDefault="009412FC" w:rsidP="00170398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聯絡方式</w:t>
            </w:r>
          </w:p>
        </w:tc>
        <w:tc>
          <w:tcPr>
            <w:tcW w:w="3402" w:type="dxa"/>
            <w:noWrap/>
            <w:vAlign w:val="center"/>
          </w:tcPr>
          <w:p w14:paraId="6BBA9EAB" w14:textId="152A0DE5" w:rsidR="009412FC" w:rsidRPr="004B7F95" w:rsidRDefault="009412FC" w:rsidP="00C963D5">
            <w:pPr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電話：</w:t>
            </w: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05 1234 567</w:t>
            </w:r>
          </w:p>
        </w:tc>
        <w:tc>
          <w:tcPr>
            <w:tcW w:w="2410" w:type="dxa"/>
            <w:vMerge w:val="restart"/>
            <w:noWrap/>
            <w:vAlign w:val="center"/>
          </w:tcPr>
          <w:p w14:paraId="7165F40A" w14:textId="640E87D0" w:rsidR="009412FC" w:rsidRPr="004B7F95" w:rsidRDefault="005545D4" w:rsidP="00170398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拍攝地點</w:t>
            </w:r>
          </w:p>
        </w:tc>
        <w:tc>
          <w:tcPr>
            <w:tcW w:w="3543" w:type="dxa"/>
            <w:vMerge w:val="restart"/>
            <w:noWrap/>
            <w:vAlign w:val="center"/>
          </w:tcPr>
          <w:p w14:paraId="6F500F74" w14:textId="3B422A35" w:rsidR="009412FC" w:rsidRPr="004B7F95" w:rsidRDefault="00371567" w:rsidP="00170398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西市場魯熟肉</w:t>
            </w:r>
          </w:p>
        </w:tc>
      </w:tr>
      <w:tr w:rsidR="009412FC" w:rsidRPr="004B7F95" w14:paraId="622A95B9" w14:textId="77777777" w:rsidTr="005545D4">
        <w:trPr>
          <w:trHeight w:val="609"/>
        </w:trPr>
        <w:tc>
          <w:tcPr>
            <w:tcW w:w="1413" w:type="dxa"/>
            <w:vMerge/>
            <w:noWrap/>
            <w:vAlign w:val="center"/>
          </w:tcPr>
          <w:p w14:paraId="3C1A47EA" w14:textId="77777777" w:rsidR="009412FC" w:rsidRPr="004B7F95" w:rsidRDefault="009412FC" w:rsidP="00170398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noWrap/>
            <w:vAlign w:val="center"/>
          </w:tcPr>
          <w:p w14:paraId="5745BD90" w14:textId="0963CE9B" w:rsidR="009412FC" w:rsidRPr="004B7F95" w:rsidRDefault="009412FC" w:rsidP="00C963D5">
            <w:pPr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Email</w:t>
            </w: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：</w:t>
            </w: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xiamingchen@gmail.com</w:t>
            </w:r>
          </w:p>
        </w:tc>
        <w:tc>
          <w:tcPr>
            <w:tcW w:w="2410" w:type="dxa"/>
            <w:vMerge/>
            <w:noWrap/>
            <w:vAlign w:val="center"/>
          </w:tcPr>
          <w:p w14:paraId="29862A2F" w14:textId="77777777" w:rsidR="009412FC" w:rsidRPr="004B7F95" w:rsidRDefault="009412FC" w:rsidP="00170398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543" w:type="dxa"/>
            <w:vMerge/>
            <w:noWrap/>
            <w:vAlign w:val="center"/>
          </w:tcPr>
          <w:p w14:paraId="1B0D23FE" w14:textId="77777777" w:rsidR="009412FC" w:rsidRPr="004B7F95" w:rsidRDefault="009412FC" w:rsidP="00170398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2C0B75" w:rsidRPr="004B7F95" w14:paraId="00850C22" w14:textId="14F9778E" w:rsidTr="00C137CA">
        <w:trPr>
          <w:trHeight w:val="454"/>
        </w:trPr>
        <w:tc>
          <w:tcPr>
            <w:tcW w:w="1413" w:type="dxa"/>
            <w:noWrap/>
            <w:vAlign w:val="center"/>
            <w:hideMark/>
          </w:tcPr>
          <w:p w14:paraId="5985E3E7" w14:textId="46A83FDA" w:rsidR="002C0B75" w:rsidRPr="004B7F95" w:rsidRDefault="002C0B75" w:rsidP="002C0B7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華康儷中宋" w:hAnsi="Times New Roman" w:cs="Times New Roman" w:hint="eastAsia"/>
                <w:sz w:val="24"/>
                <w:szCs w:val="24"/>
                <w:lang w:eastAsia="zh-TW"/>
              </w:rPr>
              <w:t>作品名稱</w:t>
            </w:r>
          </w:p>
        </w:tc>
        <w:tc>
          <w:tcPr>
            <w:tcW w:w="9355" w:type="dxa"/>
            <w:gridSpan w:val="3"/>
            <w:vAlign w:val="center"/>
          </w:tcPr>
          <w:p w14:paraId="416C3251" w14:textId="5AA6E61F" w:rsidR="002C0B75" w:rsidRPr="007C1835" w:rsidRDefault="002C0B75" w:rsidP="002C0B75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u w:val="single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u w:val="single"/>
                <w:lang w:eastAsia="zh-TW"/>
              </w:rPr>
              <w:t>古早的陪伴記憶</w:t>
            </w: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u w:val="single"/>
                <w:lang w:eastAsia="zh-TW"/>
              </w:rPr>
              <w:t xml:space="preserve"> </w:t>
            </w:r>
          </w:p>
        </w:tc>
      </w:tr>
      <w:tr w:rsidR="002C0B75" w:rsidRPr="004B7F95" w14:paraId="7E76F48E" w14:textId="77777777" w:rsidTr="00C137CA">
        <w:trPr>
          <w:trHeight w:val="454"/>
        </w:trPr>
        <w:tc>
          <w:tcPr>
            <w:tcW w:w="1413" w:type="dxa"/>
            <w:noWrap/>
            <w:vAlign w:val="center"/>
          </w:tcPr>
          <w:p w14:paraId="3FA676F2" w14:textId="77777777" w:rsidR="002C0B75" w:rsidRPr="004B7F95" w:rsidRDefault="002C0B75" w:rsidP="002C0B7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影音作品</w:t>
            </w:r>
          </w:p>
          <w:p w14:paraId="47F30917" w14:textId="702DF934" w:rsidR="002C0B75" w:rsidRPr="007C1835" w:rsidRDefault="002C0B75" w:rsidP="002C0B7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連結</w:t>
            </w:r>
          </w:p>
        </w:tc>
        <w:tc>
          <w:tcPr>
            <w:tcW w:w="9355" w:type="dxa"/>
            <w:gridSpan w:val="3"/>
            <w:vAlign w:val="center"/>
          </w:tcPr>
          <w:p w14:paraId="51B095FD" w14:textId="668A2111" w:rsidR="002C0B75" w:rsidRPr="004B7F95" w:rsidRDefault="00CE6C7D" w:rsidP="002C0B75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u w:val="single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color w:val="A6A6A6" w:themeColor="background1" w:themeShade="A6"/>
                <w:sz w:val="24"/>
                <w:szCs w:val="24"/>
                <w:lang w:eastAsia="zh-TW"/>
              </w:rPr>
              <w:t>(</w:t>
            </w:r>
            <w:r w:rsidRPr="004B7F95">
              <w:rPr>
                <w:rFonts w:ascii="Times New Roman" w:eastAsia="華康儷中宋" w:hAnsi="Times New Roman" w:cs="Times New Roman"/>
                <w:color w:val="A6A6A6" w:themeColor="background1" w:themeShade="A6"/>
                <w:sz w:val="24"/>
                <w:szCs w:val="24"/>
                <w:lang w:eastAsia="zh-TW"/>
              </w:rPr>
              <w:t>僅短影音組填寫</w:t>
            </w:r>
            <w:r w:rsidRPr="004B7F95">
              <w:rPr>
                <w:rFonts w:ascii="Times New Roman" w:eastAsia="華康儷中宋" w:hAnsi="Times New Roman" w:cs="Times New Roman"/>
                <w:color w:val="A6A6A6" w:themeColor="background1" w:themeShade="A6"/>
                <w:sz w:val="24"/>
                <w:szCs w:val="24"/>
                <w:lang w:eastAsia="zh-TW"/>
              </w:rPr>
              <w:t>,</w:t>
            </w:r>
            <w:r w:rsidRPr="004B7F95">
              <w:rPr>
                <w:rFonts w:ascii="Times New Roman" w:eastAsia="華康儷中宋" w:hAnsi="Times New Roman" w:cs="Times New Roman"/>
                <w:color w:val="A6A6A6" w:themeColor="background1" w:themeShade="A6"/>
                <w:sz w:val="24"/>
                <w:szCs w:val="24"/>
                <w:lang w:eastAsia="zh-TW"/>
              </w:rPr>
              <w:t>請確保雲端連結已開啟下載權限</w:t>
            </w:r>
            <w:r w:rsidRPr="004B7F95">
              <w:rPr>
                <w:rFonts w:ascii="Times New Roman" w:eastAsia="華康儷中宋" w:hAnsi="Times New Roman" w:cs="Times New Roman"/>
                <w:color w:val="A6A6A6" w:themeColor="background1" w:themeShade="A6"/>
                <w:sz w:val="24"/>
                <w:szCs w:val="24"/>
                <w:lang w:eastAsia="zh-TW"/>
              </w:rPr>
              <w:t>)</w:t>
            </w:r>
          </w:p>
        </w:tc>
      </w:tr>
      <w:tr w:rsidR="00C137CA" w:rsidRPr="004B7F95" w14:paraId="7D6E6825" w14:textId="3FE861BF" w:rsidTr="00C137CA">
        <w:trPr>
          <w:trHeight w:val="2324"/>
        </w:trPr>
        <w:tc>
          <w:tcPr>
            <w:tcW w:w="1413" w:type="dxa"/>
            <w:noWrap/>
            <w:vAlign w:val="center"/>
            <w:hideMark/>
          </w:tcPr>
          <w:p w14:paraId="1A2E4DE1" w14:textId="059D9851" w:rsidR="00C137CA" w:rsidRPr="004B7F95" w:rsidRDefault="001D695E" w:rsidP="001D695E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1D695E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作品照片</w:t>
            </w:r>
          </w:p>
        </w:tc>
        <w:tc>
          <w:tcPr>
            <w:tcW w:w="9355" w:type="dxa"/>
            <w:gridSpan w:val="3"/>
            <w:vAlign w:val="center"/>
          </w:tcPr>
          <w:p w14:paraId="50FABC12" w14:textId="617745AF" w:rsidR="00C137CA" w:rsidRPr="004B7F95" w:rsidRDefault="00BA296B" w:rsidP="000639E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華康儷中宋" w:hAnsi="Times New Roman" w:cs="Times New Roman"/>
                <w:noProof/>
                <w:lang w:eastAsia="zh-TW"/>
              </w:rPr>
              <w:drawing>
                <wp:inline distT="0" distB="0" distL="0" distR="0" wp14:anchorId="37B936B2" wp14:editId="5774289F">
                  <wp:extent cx="2880000" cy="2160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拍拍西市攝影徵件_陳小明_人情味的傳承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35" w:rsidRPr="004B7F95" w14:paraId="42BEE1C1" w14:textId="62910DF1" w:rsidTr="0068040F">
        <w:trPr>
          <w:trHeight w:val="3650"/>
        </w:trPr>
        <w:tc>
          <w:tcPr>
            <w:tcW w:w="1413" w:type="dxa"/>
            <w:noWrap/>
            <w:vAlign w:val="center"/>
            <w:hideMark/>
          </w:tcPr>
          <w:p w14:paraId="03064632" w14:textId="77777777" w:rsidR="007C1835" w:rsidRDefault="007C1835" w:rsidP="00C137C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創作理念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/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故事</w:t>
            </w:r>
          </w:p>
          <w:p w14:paraId="298DDF5E" w14:textId="2BEDB17B" w:rsidR="007C1835" w:rsidRPr="004B7F95" w:rsidRDefault="007C1835" w:rsidP="00C137C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（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50-</w:t>
            </w:r>
            <w:r>
              <w:rPr>
                <w:rFonts w:ascii="Times New Roman" w:eastAsia="華康儷中宋" w:hAnsi="Times New Roman" w:cs="Times New Roman" w:hint="eastAsia"/>
                <w:sz w:val="24"/>
                <w:szCs w:val="24"/>
                <w:lang w:eastAsia="zh-TW"/>
              </w:rPr>
              <w:t>20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0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字）</w:t>
            </w:r>
          </w:p>
        </w:tc>
        <w:tc>
          <w:tcPr>
            <w:tcW w:w="9355" w:type="dxa"/>
            <w:gridSpan w:val="3"/>
            <w:vAlign w:val="center"/>
          </w:tcPr>
          <w:p w14:paraId="71D0C704" w14:textId="183A5B08" w:rsidR="007C1835" w:rsidRPr="004B7F95" w:rsidRDefault="007C1835" w:rsidP="007A0AC2">
            <w:pPr>
              <w:spacing w:line="360" w:lineRule="auto"/>
              <w:jc w:val="both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  <w:t>每天最期待的時光，是放學後走進西市場，到阿姨的攤位點上一碗熱騰騰的雞肉飯，再配上一碗冰涼的粉紅色古早味粉粿。晶瑩剔透的粉粿在眼前晃著，上課的壓力也跟著消散一半。阿姨的攤位已傳承到第三代，一旁的介紹板靜靜訴說著這份堅持與溫度。這次參加徵件活動，我想把眼前的西市場魯熟肉記錄下來，讓未來的自己，還能和家人分享這段陪伴我成長、走向國中的重要回憶。</w:t>
            </w:r>
          </w:p>
        </w:tc>
      </w:tr>
    </w:tbl>
    <w:p w14:paraId="419AC0C4" w14:textId="3CBF9455" w:rsidR="003F0529" w:rsidRPr="004B7F95" w:rsidRDefault="00F93C98" w:rsidP="00F93C98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請務必閱讀徵件辦法，若參與徵件即表示您接受並同意徵件辦法與規則。</w:t>
      </w:r>
    </w:p>
    <w:p w14:paraId="42A8AE82" w14:textId="14D0805F" w:rsidR="000675B2" w:rsidRPr="004B7F95" w:rsidRDefault="000675B2" w:rsidP="000675B2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拍攝人物前須取得</w:t>
      </w:r>
      <w:r w:rsidR="00D73FDB">
        <w:rPr>
          <w:rFonts w:ascii="Times New Roman" w:eastAsia="華康儷中宋" w:hAnsi="Times New Roman" w:cs="Times New Roman" w:hint="eastAsia"/>
          <w:sz w:val="24"/>
          <w:szCs w:val="24"/>
          <w:lang w:eastAsia="zh-TW"/>
        </w:rPr>
        <w:t>對方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同意並不可使用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AI</w:t>
      </w: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生成製圖。</w:t>
      </w:r>
    </w:p>
    <w:p w14:paraId="5C0CA516" w14:textId="338D0B3C" w:rsidR="00F93C98" w:rsidRPr="004B7F95" w:rsidRDefault="00F93C98" w:rsidP="00F93C98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「作品編號」均由主辦單位填寫。</w:t>
      </w:r>
    </w:p>
    <w:p w14:paraId="44F4BFB5" w14:textId="0CD823EA" w:rsidR="00D65FA1" w:rsidRPr="004B7F95" w:rsidRDefault="00314B4B" w:rsidP="00F93C98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314B4B">
        <w:rPr>
          <w:rFonts w:ascii="Times New Roman" w:eastAsia="華康儷中宋" w:hAnsi="Times New Roman" w:cs="Times New Roman"/>
          <w:sz w:val="24"/>
          <w:szCs w:val="24"/>
          <w:lang w:eastAsia="zh-TW"/>
        </w:rPr>
        <w:t>一律採信件報名</w:t>
      </w:r>
      <w:r w:rsidR="00F93C98"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t>。</w:t>
      </w:r>
    </w:p>
    <w:p w14:paraId="0DA10FE4" w14:textId="77777777" w:rsidR="00D65FA1" w:rsidRPr="004B7F95" w:rsidRDefault="00D65FA1">
      <w:p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sz w:val="24"/>
          <w:szCs w:val="24"/>
          <w:lang w:eastAsia="zh-TW"/>
        </w:rPr>
        <w:br w:type="page"/>
      </w:r>
    </w:p>
    <w:p w14:paraId="569363CB" w14:textId="62651B5A" w:rsidR="00973CEA" w:rsidRPr="004B7F95" w:rsidRDefault="00D65FA1" w:rsidP="00D65FA1">
      <w:pPr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  <w:t>附件二</w:t>
      </w:r>
      <w:r w:rsidR="00F51226" w:rsidRPr="004B7F95">
        <w:rPr>
          <w:rFonts w:ascii="Times New Roman" w:eastAsia="華康儷中宋" w:hAnsi="Times New Roman" w:cs="Times New Roman"/>
          <w:b/>
          <w:sz w:val="24"/>
          <w:szCs w:val="24"/>
          <w:lang w:eastAsia="zh-TW"/>
        </w:rPr>
        <w:t xml:space="preserve">                                                                                                                                   </w:t>
      </w:r>
      <w:r w:rsidR="00F51226" w:rsidRPr="004B7F95">
        <w:rPr>
          <w:rFonts w:ascii="Times New Roman" w:eastAsia="華康儷中宋" w:hAnsi="Times New Roman" w:cs="Times New Roman"/>
          <w:b/>
          <w:color w:val="A6A6A6" w:themeColor="background1" w:themeShade="A6"/>
          <w:sz w:val="24"/>
          <w:szCs w:val="24"/>
          <w:lang w:eastAsia="zh-TW"/>
        </w:rPr>
        <w:t>作品編號</w:t>
      </w:r>
      <w:r w:rsidR="00F51226" w:rsidRPr="004B7F95">
        <w:rPr>
          <w:rFonts w:ascii="Times New Roman" w:eastAsia="華康儷中宋" w:hAnsi="Times New Roman" w:cs="Times New Roman"/>
          <w:b/>
          <w:color w:val="A6A6A6" w:themeColor="background1" w:themeShade="A6"/>
          <w:sz w:val="24"/>
          <w:szCs w:val="24"/>
          <w:lang w:eastAsia="zh-TW"/>
        </w:rPr>
        <w:t>_________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413"/>
        <w:gridCol w:w="3402"/>
        <w:gridCol w:w="2410"/>
        <w:gridCol w:w="3543"/>
      </w:tblGrid>
      <w:tr w:rsidR="00973CEA" w:rsidRPr="004B7F95" w14:paraId="1886A4D0" w14:textId="77777777" w:rsidTr="00900D1A">
        <w:trPr>
          <w:trHeight w:val="558"/>
        </w:trPr>
        <w:tc>
          <w:tcPr>
            <w:tcW w:w="10768" w:type="dxa"/>
            <w:gridSpan w:val="4"/>
            <w:noWrap/>
            <w:vAlign w:val="center"/>
            <w:hideMark/>
          </w:tcPr>
          <w:p w14:paraId="33D8A033" w14:textId="6D3BA7CA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【</w:t>
            </w:r>
            <w:r w:rsidR="00427984"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報名表</w:t>
            </w: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】《拍拍西市</w:t>
            </w: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 xml:space="preserve"> — </w:t>
            </w:r>
            <w:r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>你眼中的西市場》攝影徵件</w:t>
            </w:r>
            <w:r w:rsidR="00F51226" w:rsidRPr="004B7F95">
              <w:rPr>
                <w:rFonts w:ascii="Times New Roman" w:eastAsia="華康儷中宋" w:hAnsi="Times New Roman" w:cs="Times New Roman"/>
                <w:b/>
                <w:bCs/>
                <w:sz w:val="24"/>
                <w:szCs w:val="24"/>
                <w:lang w:eastAsia="zh-TW"/>
              </w:rPr>
              <w:t xml:space="preserve">        </w:t>
            </w:r>
          </w:p>
        </w:tc>
      </w:tr>
      <w:tr w:rsidR="00973CEA" w:rsidRPr="004B7F95" w14:paraId="44412225" w14:textId="77777777" w:rsidTr="00B21D23">
        <w:trPr>
          <w:trHeight w:val="624"/>
        </w:trPr>
        <w:tc>
          <w:tcPr>
            <w:tcW w:w="1413" w:type="dxa"/>
            <w:noWrap/>
            <w:vAlign w:val="center"/>
            <w:hideMark/>
          </w:tcPr>
          <w:p w14:paraId="006D82B4" w14:textId="77777777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中文姓名</w:t>
            </w:r>
          </w:p>
        </w:tc>
        <w:tc>
          <w:tcPr>
            <w:tcW w:w="3402" w:type="dxa"/>
            <w:noWrap/>
            <w:vAlign w:val="center"/>
          </w:tcPr>
          <w:p w14:paraId="043BDD48" w14:textId="52504AF9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</w:p>
        </w:tc>
        <w:tc>
          <w:tcPr>
            <w:tcW w:w="2410" w:type="dxa"/>
            <w:noWrap/>
            <w:vAlign w:val="center"/>
          </w:tcPr>
          <w:p w14:paraId="07A4B4E1" w14:textId="40F9159C" w:rsidR="00973CEA" w:rsidRPr="004B7F95" w:rsidRDefault="00283195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參加類別</w:t>
            </w:r>
          </w:p>
        </w:tc>
        <w:tc>
          <w:tcPr>
            <w:tcW w:w="3543" w:type="dxa"/>
            <w:vAlign w:val="bottom"/>
          </w:tcPr>
          <w:p w14:paraId="3EFDEAE4" w14:textId="5BD4F867" w:rsidR="00973CEA" w:rsidRPr="004B7F95" w:rsidRDefault="00283195" w:rsidP="0056249C">
            <w:pPr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□ </w:t>
            </w:r>
            <w:r w:rsidR="00CF4456"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>照片組</w:t>
            </w:r>
          </w:p>
          <w:p w14:paraId="54BBD0AB" w14:textId="144A6E13" w:rsidR="00283195" w:rsidRPr="004B7F95" w:rsidRDefault="00283195" w:rsidP="0056249C">
            <w:pPr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□ </w:t>
            </w:r>
            <w:r w:rsidR="00CF4456"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4B7F95">
              <w:rPr>
                <w:rFonts w:ascii="Times New Roman" w:eastAsia="華康儷中宋" w:hAnsi="Times New Roman" w:cs="Times New Roman"/>
                <w:color w:val="000000" w:themeColor="text1"/>
                <w:sz w:val="24"/>
                <w:szCs w:val="24"/>
                <w:lang w:eastAsia="zh-TW"/>
              </w:rPr>
              <w:t>短影音組</w:t>
            </w:r>
          </w:p>
        </w:tc>
      </w:tr>
      <w:tr w:rsidR="00283195" w:rsidRPr="004B7F95" w14:paraId="54ABE5A4" w14:textId="77777777" w:rsidTr="00427984">
        <w:trPr>
          <w:trHeight w:val="624"/>
        </w:trPr>
        <w:tc>
          <w:tcPr>
            <w:tcW w:w="1413" w:type="dxa"/>
            <w:noWrap/>
            <w:vAlign w:val="center"/>
            <w:hideMark/>
          </w:tcPr>
          <w:p w14:paraId="11C7B252" w14:textId="2A41C4A4" w:rsidR="00283195" w:rsidRPr="004B7F95" w:rsidRDefault="00C137CA" w:rsidP="0028319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年齡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 xml:space="preserve">/ 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性別</w:t>
            </w:r>
          </w:p>
        </w:tc>
        <w:tc>
          <w:tcPr>
            <w:tcW w:w="3402" w:type="dxa"/>
            <w:noWrap/>
            <w:vAlign w:val="center"/>
          </w:tcPr>
          <w:p w14:paraId="3510B534" w14:textId="6D590553" w:rsidR="00283195" w:rsidRPr="004B7F95" w:rsidRDefault="00283195" w:rsidP="00283195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</w:p>
        </w:tc>
        <w:tc>
          <w:tcPr>
            <w:tcW w:w="2410" w:type="dxa"/>
            <w:noWrap/>
            <w:vAlign w:val="center"/>
          </w:tcPr>
          <w:p w14:paraId="5D045552" w14:textId="235E41CA" w:rsidR="00283195" w:rsidRPr="004B7F95" w:rsidRDefault="00BE554C" w:rsidP="0028319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華康儷中宋" w:hAnsi="Times New Roman" w:cs="Times New Roman" w:hint="eastAsia"/>
                <w:sz w:val="24"/>
                <w:szCs w:val="24"/>
                <w:lang w:eastAsia="zh-TW"/>
              </w:rPr>
              <w:t>職業</w:t>
            </w:r>
          </w:p>
        </w:tc>
        <w:tc>
          <w:tcPr>
            <w:tcW w:w="3543" w:type="dxa"/>
            <w:noWrap/>
            <w:vAlign w:val="bottom"/>
          </w:tcPr>
          <w:p w14:paraId="0A4A04EE" w14:textId="3F2D4BE5" w:rsidR="00283195" w:rsidRPr="004B7F95" w:rsidRDefault="00283195" w:rsidP="00BE554C">
            <w:pPr>
              <w:spacing w:line="360" w:lineRule="auto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973CEA" w:rsidRPr="004B7F95" w14:paraId="2BA3A6E4" w14:textId="77777777" w:rsidTr="00900D1A">
        <w:trPr>
          <w:trHeight w:val="609"/>
        </w:trPr>
        <w:tc>
          <w:tcPr>
            <w:tcW w:w="1413" w:type="dxa"/>
            <w:vMerge w:val="restart"/>
            <w:noWrap/>
            <w:vAlign w:val="center"/>
          </w:tcPr>
          <w:p w14:paraId="4F2EF14E" w14:textId="77777777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聯絡方式</w:t>
            </w:r>
          </w:p>
        </w:tc>
        <w:tc>
          <w:tcPr>
            <w:tcW w:w="3402" w:type="dxa"/>
            <w:noWrap/>
            <w:vAlign w:val="center"/>
          </w:tcPr>
          <w:p w14:paraId="56EC1CDE" w14:textId="07F2D8CB" w:rsidR="00973CEA" w:rsidRPr="004B7F95" w:rsidRDefault="00973CEA" w:rsidP="00427984">
            <w:pPr>
              <w:rPr>
                <w:rFonts w:ascii="Times New Roman" w:eastAsia="華康儷中宋" w:hAnsi="Times New Roman" w:cs="Times New Roman"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電話：</w:t>
            </w:r>
          </w:p>
        </w:tc>
        <w:tc>
          <w:tcPr>
            <w:tcW w:w="2410" w:type="dxa"/>
            <w:vMerge w:val="restart"/>
            <w:noWrap/>
            <w:vAlign w:val="center"/>
          </w:tcPr>
          <w:p w14:paraId="3B1C6131" w14:textId="77777777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拍攝地點</w:t>
            </w:r>
          </w:p>
        </w:tc>
        <w:tc>
          <w:tcPr>
            <w:tcW w:w="3543" w:type="dxa"/>
            <w:vMerge w:val="restart"/>
            <w:noWrap/>
            <w:vAlign w:val="center"/>
          </w:tcPr>
          <w:p w14:paraId="4AC967E5" w14:textId="0F521952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b/>
                <w:color w:val="0070C0"/>
                <w:sz w:val="24"/>
                <w:szCs w:val="24"/>
                <w:lang w:eastAsia="zh-TW"/>
              </w:rPr>
            </w:pPr>
          </w:p>
        </w:tc>
      </w:tr>
      <w:tr w:rsidR="00973CEA" w:rsidRPr="004B7F95" w14:paraId="094C885D" w14:textId="77777777" w:rsidTr="00900D1A">
        <w:trPr>
          <w:trHeight w:val="609"/>
        </w:trPr>
        <w:tc>
          <w:tcPr>
            <w:tcW w:w="1413" w:type="dxa"/>
            <w:vMerge/>
            <w:noWrap/>
            <w:vAlign w:val="center"/>
          </w:tcPr>
          <w:p w14:paraId="4046457B" w14:textId="77777777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02" w:type="dxa"/>
            <w:noWrap/>
            <w:vAlign w:val="center"/>
          </w:tcPr>
          <w:p w14:paraId="62E4528D" w14:textId="0A73961A" w:rsidR="00973CEA" w:rsidRPr="004B7F95" w:rsidRDefault="00973CEA" w:rsidP="00427984">
            <w:pPr>
              <w:rPr>
                <w:rFonts w:ascii="Times New Roman" w:eastAsia="華康儷中宋" w:hAnsi="Times New Roman" w:cs="Times New Roman"/>
                <w:color w:val="0070C0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Email</w:t>
            </w: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2410" w:type="dxa"/>
            <w:vMerge/>
            <w:noWrap/>
            <w:vAlign w:val="center"/>
          </w:tcPr>
          <w:p w14:paraId="6C3FE760" w14:textId="77777777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543" w:type="dxa"/>
            <w:vMerge/>
            <w:noWrap/>
            <w:vAlign w:val="center"/>
          </w:tcPr>
          <w:p w14:paraId="6A9C4D40" w14:textId="77777777" w:rsidR="00973CEA" w:rsidRPr="004B7F95" w:rsidRDefault="00973CEA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A62A49" w:rsidRPr="004B7F95" w14:paraId="7C4FA9B4" w14:textId="6CDD8054" w:rsidTr="007C1835">
        <w:trPr>
          <w:trHeight w:val="433"/>
        </w:trPr>
        <w:tc>
          <w:tcPr>
            <w:tcW w:w="1413" w:type="dxa"/>
            <w:noWrap/>
            <w:vAlign w:val="center"/>
          </w:tcPr>
          <w:p w14:paraId="431E4BD3" w14:textId="6277FC64" w:rsidR="00A62A49" w:rsidRPr="004B7F95" w:rsidRDefault="007C1835" w:rsidP="00A62A49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華康儷中宋" w:hAnsi="Times New Roman" w:cs="Times New Roman" w:hint="eastAsia"/>
                <w:sz w:val="24"/>
                <w:szCs w:val="24"/>
                <w:lang w:eastAsia="zh-TW"/>
              </w:rPr>
              <w:t>作品</w:t>
            </w:r>
            <w:r w:rsidR="003F1F37">
              <w:rPr>
                <w:rFonts w:ascii="Times New Roman" w:eastAsia="華康儷中宋" w:hAnsi="Times New Roman" w:cs="Times New Roman" w:hint="eastAsia"/>
                <w:sz w:val="24"/>
                <w:szCs w:val="24"/>
                <w:lang w:eastAsia="zh-TW"/>
              </w:rPr>
              <w:t>名稱</w:t>
            </w:r>
          </w:p>
        </w:tc>
        <w:tc>
          <w:tcPr>
            <w:tcW w:w="9355" w:type="dxa"/>
            <w:gridSpan w:val="3"/>
            <w:vAlign w:val="center"/>
          </w:tcPr>
          <w:p w14:paraId="0890F514" w14:textId="58F56AEC" w:rsidR="00A62A49" w:rsidRPr="004B7F95" w:rsidRDefault="00A62A49" w:rsidP="007C1835">
            <w:pPr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3F1F37" w:rsidRPr="004B7F95" w14:paraId="7ACCD535" w14:textId="77777777" w:rsidTr="007C1835">
        <w:trPr>
          <w:trHeight w:val="433"/>
        </w:trPr>
        <w:tc>
          <w:tcPr>
            <w:tcW w:w="1413" w:type="dxa"/>
            <w:noWrap/>
            <w:vAlign w:val="center"/>
          </w:tcPr>
          <w:p w14:paraId="0A8655C3" w14:textId="77777777" w:rsidR="003F1F37" w:rsidRPr="004B7F95" w:rsidRDefault="003F1F37" w:rsidP="003F1F37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影音作品</w:t>
            </w:r>
          </w:p>
          <w:p w14:paraId="09E176DB" w14:textId="5E94DE8C" w:rsidR="003F1F37" w:rsidRDefault="003F1F37" w:rsidP="003F1F37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連結</w:t>
            </w:r>
          </w:p>
        </w:tc>
        <w:tc>
          <w:tcPr>
            <w:tcW w:w="9355" w:type="dxa"/>
            <w:gridSpan w:val="3"/>
            <w:vAlign w:val="center"/>
          </w:tcPr>
          <w:p w14:paraId="299957DF" w14:textId="102A905B" w:rsidR="003F1F37" w:rsidRPr="004B7F95" w:rsidRDefault="003F1F37" w:rsidP="003F1F37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(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僅短影音組填寫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,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請確保雲端連結已開啟下載權限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)</w:t>
            </w:r>
          </w:p>
        </w:tc>
      </w:tr>
      <w:tr w:rsidR="007C1835" w:rsidRPr="004B7F95" w14:paraId="49186BB7" w14:textId="77777777" w:rsidTr="00A62A49">
        <w:trPr>
          <w:trHeight w:val="1807"/>
        </w:trPr>
        <w:tc>
          <w:tcPr>
            <w:tcW w:w="1413" w:type="dxa"/>
            <w:noWrap/>
            <w:vAlign w:val="center"/>
          </w:tcPr>
          <w:p w14:paraId="45BB1EBA" w14:textId="58C853C9" w:rsidR="007C1835" w:rsidRPr="004B7F95" w:rsidRDefault="007C1835" w:rsidP="00A62A49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7C183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作品照片</w:t>
            </w:r>
          </w:p>
        </w:tc>
        <w:tc>
          <w:tcPr>
            <w:tcW w:w="9355" w:type="dxa"/>
            <w:gridSpan w:val="3"/>
            <w:vAlign w:val="center"/>
          </w:tcPr>
          <w:p w14:paraId="3532367A" w14:textId="77777777" w:rsidR="007C1835" w:rsidRPr="004B7F95" w:rsidRDefault="007C1835" w:rsidP="007C183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  <w:p w14:paraId="6260B5AB" w14:textId="77777777" w:rsidR="007C1835" w:rsidRPr="003674A0" w:rsidRDefault="007C1835" w:rsidP="007C1835">
            <w:pPr>
              <w:jc w:val="center"/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</w:pP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(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請在此黏貼照片或影片截圖一張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)</w:t>
            </w:r>
          </w:p>
          <w:p w14:paraId="332648AC" w14:textId="77777777" w:rsidR="007C1835" w:rsidRPr="004B7F95" w:rsidRDefault="007C1835" w:rsidP="007C1835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  <w:p w14:paraId="36968FD3" w14:textId="77777777" w:rsidR="007C1835" w:rsidRPr="004B7F95" w:rsidRDefault="007C1835" w:rsidP="007C1835">
            <w:pPr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A62A49" w:rsidRPr="004B7F95" w14:paraId="6182DB6A" w14:textId="38CAB362" w:rsidTr="00324840">
        <w:trPr>
          <w:trHeight w:val="3166"/>
        </w:trPr>
        <w:tc>
          <w:tcPr>
            <w:tcW w:w="1413" w:type="dxa"/>
            <w:noWrap/>
            <w:vAlign w:val="center"/>
            <w:hideMark/>
          </w:tcPr>
          <w:p w14:paraId="1F035B1D" w14:textId="77777777" w:rsidR="00A62A49" w:rsidRPr="004B7F95" w:rsidRDefault="00A62A49" w:rsidP="00A62A49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創作理念</w:t>
            </w:r>
          </w:p>
          <w:p w14:paraId="4F75491E" w14:textId="58967495" w:rsidR="00A62A49" w:rsidRPr="004B7F95" w:rsidRDefault="00A62A49" w:rsidP="00A62A49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4B7F95"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  <w:t>故事</w:t>
            </w:r>
          </w:p>
        </w:tc>
        <w:tc>
          <w:tcPr>
            <w:tcW w:w="9355" w:type="dxa"/>
            <w:gridSpan w:val="3"/>
            <w:vAlign w:val="center"/>
          </w:tcPr>
          <w:p w14:paraId="53507F48" w14:textId="21627FF4" w:rsidR="00A62A49" w:rsidRPr="004B7F95" w:rsidRDefault="00A62A49" w:rsidP="00900D1A">
            <w:pPr>
              <w:jc w:val="center"/>
              <w:rPr>
                <w:rFonts w:ascii="Times New Roman" w:eastAsia="華康儷中宋" w:hAnsi="Times New Roman" w:cs="Times New Roman"/>
                <w:sz w:val="24"/>
                <w:szCs w:val="24"/>
                <w:lang w:eastAsia="zh-TW"/>
              </w:rPr>
            </w:pP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（</w:t>
            </w:r>
            <w:r w:rsidR="00D915B0"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50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-</w:t>
            </w:r>
            <w:r w:rsidR="00EB0BF0"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20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0</w:t>
            </w:r>
            <w:r w:rsidRPr="003674A0">
              <w:rPr>
                <w:rFonts w:ascii="Times New Roman" w:eastAsia="華康儷中宋" w:hAnsi="Times New Roman" w:cs="Times New Roman"/>
                <w:color w:val="808080" w:themeColor="background1" w:themeShade="80"/>
                <w:sz w:val="24"/>
                <w:szCs w:val="24"/>
                <w:lang w:eastAsia="zh-TW"/>
              </w:rPr>
              <w:t>字）</w:t>
            </w:r>
          </w:p>
        </w:tc>
      </w:tr>
    </w:tbl>
    <w:p w14:paraId="33808228" w14:textId="55A50670" w:rsidR="00973CEA" w:rsidRPr="004B7F95" w:rsidRDefault="00973CEA" w:rsidP="00973CEA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請務必閱讀徵件辦法</w:t>
      </w:r>
      <w:r w:rsidR="000675B2"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，</w:t>
      </w: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若參與徵件即表示您接受並同意徵件辦法與規則。</w:t>
      </w:r>
    </w:p>
    <w:p w14:paraId="34470627" w14:textId="41A26E8F" w:rsidR="000675B2" w:rsidRPr="004B7F95" w:rsidRDefault="000675B2" w:rsidP="00973CEA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拍攝人物前須取得</w:t>
      </w:r>
      <w:r w:rsidR="0019625E">
        <w:rPr>
          <w:rFonts w:ascii="Times New Roman" w:eastAsia="華康儷中宋" w:hAnsi="Times New Roman" w:cs="Times New Roman" w:hint="eastAsia"/>
          <w:color w:val="C00000"/>
          <w:sz w:val="24"/>
          <w:szCs w:val="24"/>
          <w:lang w:eastAsia="zh-TW"/>
        </w:rPr>
        <w:t>對方</w:t>
      </w: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同意並不可使用</w:t>
      </w: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AI</w:t>
      </w: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生成製圖。</w:t>
      </w:r>
    </w:p>
    <w:p w14:paraId="640E0C4D" w14:textId="77777777" w:rsidR="00973CEA" w:rsidRPr="004B7F95" w:rsidRDefault="00973CEA" w:rsidP="00973CEA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「作品編號」均由主辦單位填寫。</w:t>
      </w:r>
    </w:p>
    <w:p w14:paraId="09FAC2AA" w14:textId="1935C2A6" w:rsidR="00973CEA" w:rsidRPr="004B7F95" w:rsidRDefault="00973CEA" w:rsidP="00973CEA">
      <w:pPr>
        <w:pStyle w:val="ae"/>
        <w:numPr>
          <w:ilvl w:val="0"/>
          <w:numId w:val="10"/>
        </w:num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一律採</w:t>
      </w:r>
      <w:r w:rsidR="00314B4B">
        <w:rPr>
          <w:rFonts w:ascii="Times New Roman" w:eastAsia="華康儷中宋" w:hAnsi="Times New Roman" w:cs="Times New Roman" w:hint="eastAsia"/>
          <w:color w:val="C00000"/>
          <w:sz w:val="24"/>
          <w:szCs w:val="24"/>
          <w:lang w:eastAsia="zh-TW"/>
        </w:rPr>
        <w:t>信件報名</w:t>
      </w:r>
      <w:r w:rsidRPr="004B7F95">
        <w:rPr>
          <w:rFonts w:ascii="Times New Roman" w:eastAsia="華康儷中宋" w:hAnsi="Times New Roman" w:cs="Times New Roman"/>
          <w:color w:val="C00000"/>
          <w:sz w:val="24"/>
          <w:szCs w:val="24"/>
          <w:lang w:eastAsia="zh-TW"/>
        </w:rPr>
        <w:t>。</w:t>
      </w:r>
    </w:p>
    <w:p w14:paraId="294F4A6F" w14:textId="77777777" w:rsidR="00F93C98" w:rsidRPr="004B7F95" w:rsidRDefault="00F93C98" w:rsidP="00973CEA">
      <w:pPr>
        <w:rPr>
          <w:rFonts w:ascii="Times New Roman" w:eastAsia="華康儷中宋" w:hAnsi="Times New Roman" w:cs="Times New Roman"/>
          <w:sz w:val="24"/>
          <w:szCs w:val="24"/>
          <w:lang w:eastAsia="zh-TW"/>
        </w:rPr>
      </w:pPr>
    </w:p>
    <w:sectPr w:rsidR="00F93C98" w:rsidRPr="004B7F95" w:rsidSect="000703DC">
      <w:pgSz w:w="12240" w:h="15840"/>
      <w:pgMar w:top="720" w:right="720" w:bottom="720" w:left="72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2BC5A" w14:textId="77777777" w:rsidR="00E75CD0" w:rsidRDefault="00E75CD0" w:rsidP="001D166D">
      <w:pPr>
        <w:spacing w:after="0" w:line="240" w:lineRule="auto"/>
      </w:pPr>
      <w:r>
        <w:separator/>
      </w:r>
    </w:p>
  </w:endnote>
  <w:endnote w:type="continuationSeparator" w:id="0">
    <w:p w14:paraId="38186334" w14:textId="77777777" w:rsidR="00E75CD0" w:rsidRDefault="00E75CD0" w:rsidP="001D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儷中宋">
    <w:altName w:val="Microsoft JhengHei UI"/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47172" w14:textId="77777777" w:rsidR="00E75CD0" w:rsidRDefault="00E75CD0" w:rsidP="001D166D">
      <w:pPr>
        <w:spacing w:after="0" w:line="240" w:lineRule="auto"/>
      </w:pPr>
      <w:r>
        <w:separator/>
      </w:r>
    </w:p>
  </w:footnote>
  <w:footnote w:type="continuationSeparator" w:id="0">
    <w:p w14:paraId="5DD0AC86" w14:textId="77777777" w:rsidR="00E75CD0" w:rsidRDefault="00E75CD0" w:rsidP="001D1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957E0E"/>
    <w:multiLevelType w:val="hybridMultilevel"/>
    <w:tmpl w:val="0E6CA43A"/>
    <w:lvl w:ilvl="0" w:tplc="CBA2C16E">
      <w:start w:val="1"/>
      <w:numFmt w:val="decimal"/>
      <w:lvlText w:val="(%1)"/>
      <w:lvlJc w:val="left"/>
      <w:pPr>
        <w:ind w:left="7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10" w15:restartNumberingAfterBreak="0">
    <w:nsid w:val="0127552D"/>
    <w:multiLevelType w:val="hybridMultilevel"/>
    <w:tmpl w:val="3A82D8AA"/>
    <w:lvl w:ilvl="0" w:tplc="477E1DBC">
      <w:start w:val="1"/>
      <w:numFmt w:val="decimal"/>
      <w:lvlText w:val="%1、"/>
      <w:lvlJc w:val="left"/>
      <w:pPr>
        <w:ind w:left="7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11" w15:restartNumberingAfterBreak="0">
    <w:nsid w:val="03144B79"/>
    <w:multiLevelType w:val="hybridMultilevel"/>
    <w:tmpl w:val="5F42F558"/>
    <w:lvl w:ilvl="0" w:tplc="477E1DBC">
      <w:start w:val="1"/>
      <w:numFmt w:val="decimal"/>
      <w:lvlText w:val="%1、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07A61D53"/>
    <w:multiLevelType w:val="hybridMultilevel"/>
    <w:tmpl w:val="8EA4C55A"/>
    <w:lvl w:ilvl="0" w:tplc="477E1D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3403354"/>
    <w:multiLevelType w:val="hybridMultilevel"/>
    <w:tmpl w:val="2EB077FA"/>
    <w:lvl w:ilvl="0" w:tplc="359AC404">
      <w:numFmt w:val="bullet"/>
      <w:lvlText w:val="※"/>
      <w:lvlJc w:val="left"/>
      <w:pPr>
        <w:ind w:left="360" w:hanging="360"/>
      </w:pPr>
      <w:rPr>
        <w:rFonts w:ascii="華康儷中宋" w:eastAsia="華康儷中宋" w:hAnsi="Times New Roman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C53402E"/>
    <w:multiLevelType w:val="hybridMultilevel"/>
    <w:tmpl w:val="BC603420"/>
    <w:lvl w:ilvl="0" w:tplc="AD288A8E">
      <w:start w:val="1"/>
      <w:numFmt w:val="bullet"/>
      <w:lvlText w:val=""/>
      <w:lvlJc w:val="left"/>
      <w:pPr>
        <w:ind w:left="11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15" w15:restartNumberingAfterBreak="0">
    <w:nsid w:val="1F441D12"/>
    <w:multiLevelType w:val="hybridMultilevel"/>
    <w:tmpl w:val="2B62CAE6"/>
    <w:lvl w:ilvl="0" w:tplc="477E1DBC">
      <w:start w:val="1"/>
      <w:numFmt w:val="decimal"/>
      <w:lvlText w:val="%1、"/>
      <w:lvlJc w:val="left"/>
      <w:pPr>
        <w:ind w:left="75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ind w:left="4593" w:hanging="480"/>
      </w:pPr>
    </w:lvl>
  </w:abstractNum>
  <w:abstractNum w:abstractNumId="16" w15:restartNumberingAfterBreak="0">
    <w:nsid w:val="22B955DB"/>
    <w:multiLevelType w:val="hybridMultilevel"/>
    <w:tmpl w:val="09F20878"/>
    <w:lvl w:ilvl="0" w:tplc="CBA2C16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536DAE"/>
    <w:multiLevelType w:val="hybridMultilevel"/>
    <w:tmpl w:val="D174D2C4"/>
    <w:lvl w:ilvl="0" w:tplc="477E1DBC">
      <w:start w:val="1"/>
      <w:numFmt w:val="decimal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EC26A5F"/>
    <w:multiLevelType w:val="hybridMultilevel"/>
    <w:tmpl w:val="DC5AEB98"/>
    <w:lvl w:ilvl="0" w:tplc="CBA2C16E">
      <w:start w:val="1"/>
      <w:numFmt w:val="decimal"/>
      <w:lvlText w:val="(%1)"/>
      <w:lvlJc w:val="left"/>
      <w:pPr>
        <w:ind w:left="75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ind w:left="4593" w:hanging="480"/>
      </w:pPr>
    </w:lvl>
  </w:abstractNum>
  <w:abstractNum w:abstractNumId="19" w15:restartNumberingAfterBreak="0">
    <w:nsid w:val="3FC5298D"/>
    <w:multiLevelType w:val="hybridMultilevel"/>
    <w:tmpl w:val="9424ACCC"/>
    <w:lvl w:ilvl="0" w:tplc="477E1D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E17B92"/>
    <w:multiLevelType w:val="hybridMultilevel"/>
    <w:tmpl w:val="E586DD4A"/>
    <w:lvl w:ilvl="0" w:tplc="CBA2C16E">
      <w:start w:val="1"/>
      <w:numFmt w:val="decimal"/>
      <w:lvlText w:val="(%1)"/>
      <w:lvlJc w:val="left"/>
      <w:pPr>
        <w:ind w:left="7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21" w15:restartNumberingAfterBreak="0">
    <w:nsid w:val="4C093FCE"/>
    <w:multiLevelType w:val="hybridMultilevel"/>
    <w:tmpl w:val="E30CECE8"/>
    <w:lvl w:ilvl="0" w:tplc="CBA2C16E">
      <w:start w:val="1"/>
      <w:numFmt w:val="decimal"/>
      <w:lvlText w:val="(%1)"/>
      <w:lvlJc w:val="left"/>
      <w:pPr>
        <w:ind w:left="7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22" w15:restartNumberingAfterBreak="0">
    <w:nsid w:val="554A3D4D"/>
    <w:multiLevelType w:val="hybridMultilevel"/>
    <w:tmpl w:val="77B84ACA"/>
    <w:lvl w:ilvl="0" w:tplc="477E1DBC">
      <w:start w:val="1"/>
      <w:numFmt w:val="decimal"/>
      <w:lvlText w:val="%1、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587263BD"/>
    <w:multiLevelType w:val="hybridMultilevel"/>
    <w:tmpl w:val="A38A7190"/>
    <w:lvl w:ilvl="0" w:tplc="477E1DBC">
      <w:start w:val="1"/>
      <w:numFmt w:val="decimal"/>
      <w:lvlText w:val="%1、"/>
      <w:lvlJc w:val="left"/>
      <w:pPr>
        <w:ind w:left="81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93" w:hanging="480"/>
      </w:pPr>
    </w:lvl>
    <w:lvl w:ilvl="2" w:tplc="0409001B" w:tentative="1">
      <w:start w:val="1"/>
      <w:numFmt w:val="lowerRoman"/>
      <w:lvlText w:val="%3."/>
      <w:lvlJc w:val="right"/>
      <w:pPr>
        <w:ind w:left="1773" w:hanging="480"/>
      </w:pPr>
    </w:lvl>
    <w:lvl w:ilvl="3" w:tplc="0409000F" w:tentative="1">
      <w:start w:val="1"/>
      <w:numFmt w:val="decimal"/>
      <w:lvlText w:val="%4."/>
      <w:lvlJc w:val="left"/>
      <w:pPr>
        <w:ind w:left="22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3" w:hanging="480"/>
      </w:pPr>
    </w:lvl>
    <w:lvl w:ilvl="5" w:tplc="0409001B" w:tentative="1">
      <w:start w:val="1"/>
      <w:numFmt w:val="lowerRoman"/>
      <w:lvlText w:val="%6."/>
      <w:lvlJc w:val="right"/>
      <w:pPr>
        <w:ind w:left="3213" w:hanging="480"/>
      </w:pPr>
    </w:lvl>
    <w:lvl w:ilvl="6" w:tplc="0409000F" w:tentative="1">
      <w:start w:val="1"/>
      <w:numFmt w:val="decimal"/>
      <w:lvlText w:val="%7."/>
      <w:lvlJc w:val="left"/>
      <w:pPr>
        <w:ind w:left="36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3" w:hanging="480"/>
      </w:pPr>
    </w:lvl>
    <w:lvl w:ilvl="8" w:tplc="0409001B" w:tentative="1">
      <w:start w:val="1"/>
      <w:numFmt w:val="lowerRoman"/>
      <w:lvlText w:val="%9."/>
      <w:lvlJc w:val="right"/>
      <w:pPr>
        <w:ind w:left="4653" w:hanging="480"/>
      </w:pPr>
    </w:lvl>
  </w:abstractNum>
  <w:abstractNum w:abstractNumId="24" w15:restartNumberingAfterBreak="0">
    <w:nsid w:val="58BF5BA9"/>
    <w:multiLevelType w:val="hybridMultilevel"/>
    <w:tmpl w:val="4442F706"/>
    <w:lvl w:ilvl="0" w:tplc="AD288A8E">
      <w:start w:val="1"/>
      <w:numFmt w:val="bullet"/>
      <w:lvlText w:val=""/>
      <w:lvlJc w:val="left"/>
      <w:pPr>
        <w:ind w:left="12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60" w:hanging="480"/>
      </w:pPr>
      <w:rPr>
        <w:rFonts w:ascii="Wingdings" w:hAnsi="Wingdings" w:hint="default"/>
      </w:rPr>
    </w:lvl>
  </w:abstractNum>
  <w:abstractNum w:abstractNumId="25" w15:restartNumberingAfterBreak="0">
    <w:nsid w:val="5D76406A"/>
    <w:multiLevelType w:val="hybridMultilevel"/>
    <w:tmpl w:val="72F25100"/>
    <w:lvl w:ilvl="0" w:tplc="477E1DBC">
      <w:start w:val="1"/>
      <w:numFmt w:val="decimal"/>
      <w:lvlText w:val="%1、"/>
      <w:lvlJc w:val="left"/>
      <w:pPr>
        <w:ind w:left="7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26" w15:restartNumberingAfterBreak="0">
    <w:nsid w:val="67DF2E18"/>
    <w:multiLevelType w:val="hybridMultilevel"/>
    <w:tmpl w:val="6A6C4056"/>
    <w:lvl w:ilvl="0" w:tplc="CBA2C16E">
      <w:start w:val="1"/>
      <w:numFmt w:val="decimal"/>
      <w:lvlText w:val="(%1)"/>
      <w:lvlJc w:val="left"/>
      <w:pPr>
        <w:ind w:left="7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27" w15:restartNumberingAfterBreak="0">
    <w:nsid w:val="70F35BFD"/>
    <w:multiLevelType w:val="hybridMultilevel"/>
    <w:tmpl w:val="5572610A"/>
    <w:lvl w:ilvl="0" w:tplc="477E1DBC">
      <w:start w:val="1"/>
      <w:numFmt w:val="decimal"/>
      <w:lvlText w:val="%1、"/>
      <w:lvlJc w:val="left"/>
      <w:pPr>
        <w:ind w:left="7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28" w15:restartNumberingAfterBreak="0">
    <w:nsid w:val="7752502A"/>
    <w:multiLevelType w:val="hybridMultilevel"/>
    <w:tmpl w:val="4C68AE7A"/>
    <w:lvl w:ilvl="0" w:tplc="477E1D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5B0423"/>
    <w:multiLevelType w:val="hybridMultilevel"/>
    <w:tmpl w:val="8AF66F78"/>
    <w:lvl w:ilvl="0" w:tplc="CEECC258">
      <w:numFmt w:val="bullet"/>
      <w:lvlText w:val="※"/>
      <w:lvlJc w:val="left"/>
      <w:pPr>
        <w:ind w:left="360" w:hanging="360"/>
      </w:pPr>
      <w:rPr>
        <w:rFonts w:ascii="華康儷中宋" w:eastAsia="華康儷中宋" w:hAnsi="Times New Roman" w:cs="Times New Roman" w:hint="eastAsia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F33248E"/>
    <w:multiLevelType w:val="hybridMultilevel"/>
    <w:tmpl w:val="402C5F90"/>
    <w:lvl w:ilvl="0" w:tplc="AD288A8E">
      <w:start w:val="1"/>
      <w:numFmt w:val="bullet"/>
      <w:lvlText w:val=""/>
      <w:lvlJc w:val="left"/>
      <w:pPr>
        <w:ind w:left="6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80"/>
      </w:pPr>
      <w:rPr>
        <w:rFonts w:ascii="Wingdings" w:hAnsi="Wingdings" w:hint="default"/>
      </w:rPr>
    </w:lvl>
  </w:abstractNum>
  <w:num w:numId="1" w16cid:durableId="1889880574">
    <w:abstractNumId w:val="8"/>
  </w:num>
  <w:num w:numId="2" w16cid:durableId="1600522465">
    <w:abstractNumId w:val="6"/>
  </w:num>
  <w:num w:numId="3" w16cid:durableId="517159665">
    <w:abstractNumId w:val="5"/>
  </w:num>
  <w:num w:numId="4" w16cid:durableId="2082485616">
    <w:abstractNumId w:val="4"/>
  </w:num>
  <w:num w:numId="5" w16cid:durableId="1683705134">
    <w:abstractNumId w:val="7"/>
  </w:num>
  <w:num w:numId="6" w16cid:durableId="67699126">
    <w:abstractNumId w:val="3"/>
  </w:num>
  <w:num w:numId="7" w16cid:durableId="1909805697">
    <w:abstractNumId w:val="2"/>
  </w:num>
  <w:num w:numId="8" w16cid:durableId="2146311792">
    <w:abstractNumId w:val="1"/>
  </w:num>
  <w:num w:numId="9" w16cid:durableId="732971866">
    <w:abstractNumId w:val="0"/>
  </w:num>
  <w:num w:numId="10" w16cid:durableId="1911226809">
    <w:abstractNumId w:val="29"/>
  </w:num>
  <w:num w:numId="11" w16cid:durableId="968315312">
    <w:abstractNumId w:val="13"/>
  </w:num>
  <w:num w:numId="12" w16cid:durableId="1565024394">
    <w:abstractNumId w:val="25"/>
  </w:num>
  <w:num w:numId="13" w16cid:durableId="664941623">
    <w:abstractNumId w:val="22"/>
  </w:num>
  <w:num w:numId="14" w16cid:durableId="1488009519">
    <w:abstractNumId w:val="12"/>
  </w:num>
  <w:num w:numId="15" w16cid:durableId="929316833">
    <w:abstractNumId w:val="26"/>
  </w:num>
  <w:num w:numId="16" w16cid:durableId="2022269499">
    <w:abstractNumId w:val="19"/>
  </w:num>
  <w:num w:numId="17" w16cid:durableId="1384864750">
    <w:abstractNumId w:val="11"/>
  </w:num>
  <w:num w:numId="18" w16cid:durableId="1084760854">
    <w:abstractNumId w:val="21"/>
  </w:num>
  <w:num w:numId="19" w16cid:durableId="456728543">
    <w:abstractNumId w:val="27"/>
  </w:num>
  <w:num w:numId="20" w16cid:durableId="687027236">
    <w:abstractNumId w:val="28"/>
  </w:num>
  <w:num w:numId="21" w16cid:durableId="433598648">
    <w:abstractNumId w:val="17"/>
  </w:num>
  <w:num w:numId="22" w16cid:durableId="1684821493">
    <w:abstractNumId w:val="23"/>
  </w:num>
  <w:num w:numId="23" w16cid:durableId="2088183834">
    <w:abstractNumId w:val="15"/>
  </w:num>
  <w:num w:numId="24" w16cid:durableId="1303149646">
    <w:abstractNumId w:val="10"/>
  </w:num>
  <w:num w:numId="25" w16cid:durableId="1422212709">
    <w:abstractNumId w:val="24"/>
  </w:num>
  <w:num w:numId="26" w16cid:durableId="1265839893">
    <w:abstractNumId w:val="30"/>
  </w:num>
  <w:num w:numId="27" w16cid:durableId="1612667937">
    <w:abstractNumId w:val="14"/>
  </w:num>
  <w:num w:numId="28" w16cid:durableId="406268077">
    <w:abstractNumId w:val="18"/>
  </w:num>
  <w:num w:numId="29" w16cid:durableId="1365714690">
    <w:abstractNumId w:val="16"/>
  </w:num>
  <w:num w:numId="30" w16cid:durableId="617101355">
    <w:abstractNumId w:val="9"/>
  </w:num>
  <w:num w:numId="31" w16cid:durableId="94923775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13ACE"/>
    <w:rsid w:val="00034616"/>
    <w:rsid w:val="00052E58"/>
    <w:rsid w:val="00055D46"/>
    <w:rsid w:val="0006063C"/>
    <w:rsid w:val="000639E5"/>
    <w:rsid w:val="000675B2"/>
    <w:rsid w:val="000703DC"/>
    <w:rsid w:val="00071979"/>
    <w:rsid w:val="000835C6"/>
    <w:rsid w:val="0008777B"/>
    <w:rsid w:val="000C4448"/>
    <w:rsid w:val="000E5E45"/>
    <w:rsid w:val="000E6210"/>
    <w:rsid w:val="000F64DF"/>
    <w:rsid w:val="001278DE"/>
    <w:rsid w:val="00142774"/>
    <w:rsid w:val="00144469"/>
    <w:rsid w:val="0015074B"/>
    <w:rsid w:val="00170398"/>
    <w:rsid w:val="0018425D"/>
    <w:rsid w:val="00193D9A"/>
    <w:rsid w:val="0019625E"/>
    <w:rsid w:val="001C04B5"/>
    <w:rsid w:val="001C2654"/>
    <w:rsid w:val="001D12B1"/>
    <w:rsid w:val="001D14C8"/>
    <w:rsid w:val="001D166D"/>
    <w:rsid w:val="001D1912"/>
    <w:rsid w:val="001D1FB7"/>
    <w:rsid w:val="001D695E"/>
    <w:rsid w:val="002518FF"/>
    <w:rsid w:val="00252C82"/>
    <w:rsid w:val="00283195"/>
    <w:rsid w:val="00286101"/>
    <w:rsid w:val="0029639D"/>
    <w:rsid w:val="002B1199"/>
    <w:rsid w:val="002B3B88"/>
    <w:rsid w:val="002B59F5"/>
    <w:rsid w:val="002C0B75"/>
    <w:rsid w:val="002C72DC"/>
    <w:rsid w:val="002D5F97"/>
    <w:rsid w:val="002E538A"/>
    <w:rsid w:val="002E598D"/>
    <w:rsid w:val="002F0D2A"/>
    <w:rsid w:val="00314B4B"/>
    <w:rsid w:val="00326F90"/>
    <w:rsid w:val="00343203"/>
    <w:rsid w:val="00346F13"/>
    <w:rsid w:val="00352495"/>
    <w:rsid w:val="003674A0"/>
    <w:rsid w:val="00371567"/>
    <w:rsid w:val="003A7665"/>
    <w:rsid w:val="003B264A"/>
    <w:rsid w:val="003B4A2C"/>
    <w:rsid w:val="003C124D"/>
    <w:rsid w:val="003C16E6"/>
    <w:rsid w:val="003D3D2B"/>
    <w:rsid w:val="003F0529"/>
    <w:rsid w:val="003F1F37"/>
    <w:rsid w:val="00416A60"/>
    <w:rsid w:val="00427984"/>
    <w:rsid w:val="00431DF2"/>
    <w:rsid w:val="00436463"/>
    <w:rsid w:val="004370B7"/>
    <w:rsid w:val="00473901"/>
    <w:rsid w:val="0048694A"/>
    <w:rsid w:val="004B7F95"/>
    <w:rsid w:val="004D44EB"/>
    <w:rsid w:val="004D6778"/>
    <w:rsid w:val="004E6F27"/>
    <w:rsid w:val="00515E7D"/>
    <w:rsid w:val="005545D4"/>
    <w:rsid w:val="0056249C"/>
    <w:rsid w:val="00570CAE"/>
    <w:rsid w:val="0058680A"/>
    <w:rsid w:val="005A6B09"/>
    <w:rsid w:val="005B0342"/>
    <w:rsid w:val="005B10F1"/>
    <w:rsid w:val="005B3270"/>
    <w:rsid w:val="005B5A4E"/>
    <w:rsid w:val="005E45F9"/>
    <w:rsid w:val="00603E90"/>
    <w:rsid w:val="0062387B"/>
    <w:rsid w:val="00630A9B"/>
    <w:rsid w:val="00640497"/>
    <w:rsid w:val="00657A44"/>
    <w:rsid w:val="00680CC8"/>
    <w:rsid w:val="00681107"/>
    <w:rsid w:val="006A33A3"/>
    <w:rsid w:val="006D612D"/>
    <w:rsid w:val="006D6859"/>
    <w:rsid w:val="00701DCA"/>
    <w:rsid w:val="00715744"/>
    <w:rsid w:val="007324F2"/>
    <w:rsid w:val="00752040"/>
    <w:rsid w:val="00762E7C"/>
    <w:rsid w:val="007A0AC2"/>
    <w:rsid w:val="007C1835"/>
    <w:rsid w:val="007C6C5A"/>
    <w:rsid w:val="007E03B0"/>
    <w:rsid w:val="007E5DA8"/>
    <w:rsid w:val="007F6406"/>
    <w:rsid w:val="00803E62"/>
    <w:rsid w:val="0081478B"/>
    <w:rsid w:val="00831827"/>
    <w:rsid w:val="008356D1"/>
    <w:rsid w:val="00851F4B"/>
    <w:rsid w:val="00856713"/>
    <w:rsid w:val="00860EDA"/>
    <w:rsid w:val="008A6812"/>
    <w:rsid w:val="008E557C"/>
    <w:rsid w:val="008F5496"/>
    <w:rsid w:val="00901894"/>
    <w:rsid w:val="00922D98"/>
    <w:rsid w:val="00923115"/>
    <w:rsid w:val="00927BC1"/>
    <w:rsid w:val="00934CD8"/>
    <w:rsid w:val="00940AE8"/>
    <w:rsid w:val="009412FC"/>
    <w:rsid w:val="00944E48"/>
    <w:rsid w:val="009535A2"/>
    <w:rsid w:val="00973CEA"/>
    <w:rsid w:val="00993CB3"/>
    <w:rsid w:val="00996ACC"/>
    <w:rsid w:val="009B4418"/>
    <w:rsid w:val="009C0044"/>
    <w:rsid w:val="009D0C65"/>
    <w:rsid w:val="009E6D8F"/>
    <w:rsid w:val="009F0498"/>
    <w:rsid w:val="009F4F58"/>
    <w:rsid w:val="00A13869"/>
    <w:rsid w:val="00A14B2E"/>
    <w:rsid w:val="00A1647D"/>
    <w:rsid w:val="00A2058F"/>
    <w:rsid w:val="00A21F42"/>
    <w:rsid w:val="00A26779"/>
    <w:rsid w:val="00A60E9A"/>
    <w:rsid w:val="00A62A49"/>
    <w:rsid w:val="00A939E6"/>
    <w:rsid w:val="00AA1D8D"/>
    <w:rsid w:val="00AA6D24"/>
    <w:rsid w:val="00AC40ED"/>
    <w:rsid w:val="00AC530B"/>
    <w:rsid w:val="00AD0F7E"/>
    <w:rsid w:val="00AF08E8"/>
    <w:rsid w:val="00AF3CDE"/>
    <w:rsid w:val="00AF400C"/>
    <w:rsid w:val="00B21D23"/>
    <w:rsid w:val="00B47730"/>
    <w:rsid w:val="00B4785D"/>
    <w:rsid w:val="00B529FD"/>
    <w:rsid w:val="00B53223"/>
    <w:rsid w:val="00B75952"/>
    <w:rsid w:val="00B80590"/>
    <w:rsid w:val="00B82B0D"/>
    <w:rsid w:val="00BA296B"/>
    <w:rsid w:val="00BA3C99"/>
    <w:rsid w:val="00BA4E6E"/>
    <w:rsid w:val="00BA653C"/>
    <w:rsid w:val="00BB5319"/>
    <w:rsid w:val="00BE554C"/>
    <w:rsid w:val="00C0334E"/>
    <w:rsid w:val="00C04FF4"/>
    <w:rsid w:val="00C07190"/>
    <w:rsid w:val="00C137CA"/>
    <w:rsid w:val="00C31E85"/>
    <w:rsid w:val="00C35A72"/>
    <w:rsid w:val="00C65DB8"/>
    <w:rsid w:val="00C963D5"/>
    <w:rsid w:val="00CA063C"/>
    <w:rsid w:val="00CA161C"/>
    <w:rsid w:val="00CB0664"/>
    <w:rsid w:val="00CB27A0"/>
    <w:rsid w:val="00CB4D3B"/>
    <w:rsid w:val="00CC1A7B"/>
    <w:rsid w:val="00CD273F"/>
    <w:rsid w:val="00CE4F16"/>
    <w:rsid w:val="00CE673B"/>
    <w:rsid w:val="00CE6C7D"/>
    <w:rsid w:val="00CE74C7"/>
    <w:rsid w:val="00CF4456"/>
    <w:rsid w:val="00D03890"/>
    <w:rsid w:val="00D21631"/>
    <w:rsid w:val="00D65FA1"/>
    <w:rsid w:val="00D70977"/>
    <w:rsid w:val="00D73FDB"/>
    <w:rsid w:val="00D75063"/>
    <w:rsid w:val="00D80BA5"/>
    <w:rsid w:val="00D813BA"/>
    <w:rsid w:val="00D81499"/>
    <w:rsid w:val="00D915B0"/>
    <w:rsid w:val="00D94CB8"/>
    <w:rsid w:val="00DB44B0"/>
    <w:rsid w:val="00DB652F"/>
    <w:rsid w:val="00E4544D"/>
    <w:rsid w:val="00E50008"/>
    <w:rsid w:val="00E54C21"/>
    <w:rsid w:val="00E66C90"/>
    <w:rsid w:val="00E678D5"/>
    <w:rsid w:val="00E75CD0"/>
    <w:rsid w:val="00E80E22"/>
    <w:rsid w:val="00E83E28"/>
    <w:rsid w:val="00E92D1B"/>
    <w:rsid w:val="00E95455"/>
    <w:rsid w:val="00EA722F"/>
    <w:rsid w:val="00EA769C"/>
    <w:rsid w:val="00EB0BF0"/>
    <w:rsid w:val="00EB1433"/>
    <w:rsid w:val="00EB4162"/>
    <w:rsid w:val="00EC29D5"/>
    <w:rsid w:val="00ED36F9"/>
    <w:rsid w:val="00EE0665"/>
    <w:rsid w:val="00EF6DC4"/>
    <w:rsid w:val="00F00DB8"/>
    <w:rsid w:val="00F11978"/>
    <w:rsid w:val="00F51226"/>
    <w:rsid w:val="00F93C98"/>
    <w:rsid w:val="00F93CC8"/>
    <w:rsid w:val="00FA6B7A"/>
    <w:rsid w:val="00FB3AB5"/>
    <w:rsid w:val="00FB5062"/>
    <w:rsid w:val="00FB512A"/>
    <w:rsid w:val="00FC693F"/>
    <w:rsid w:val="00FE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7B9B1"/>
  <w14:defaultImageDpi w14:val="300"/>
  <w15:docId w15:val="{1C4AB6CA-433C-4FE9-B447-9CB42EB3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a">
    <w:name w:val="Hyperlink"/>
    <w:basedOn w:val="a2"/>
    <w:uiPriority w:val="99"/>
    <w:unhideWhenUsed/>
    <w:rsid w:val="00701DCA"/>
    <w:rPr>
      <w:color w:val="0000FF" w:themeColor="hyperlink"/>
      <w:u w:val="single"/>
    </w:rPr>
  </w:style>
  <w:style w:type="character" w:customStyle="1" w:styleId="14">
    <w:name w:val="未解析的提及1"/>
    <w:basedOn w:val="a2"/>
    <w:uiPriority w:val="99"/>
    <w:semiHidden/>
    <w:unhideWhenUsed/>
    <w:rsid w:val="00701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2A07BE-B855-4B30-A951-6130C539D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21</vt:i4>
      </vt:variant>
    </vt:vector>
  </HeadingPairs>
  <TitlesOfParts>
    <vt:vector size="22" baseType="lpstr">
      <vt:lpstr/>
      <vt:lpstr>《拍拍西市 — 你眼中的西市場》攝影集 徵件辦法</vt:lpstr>
      <vt:lpstr>    一、活動宗旨</vt:lpstr>
      <vt:lpstr>    二、徵件主題｜你眼中的西市場</vt:lpstr>
      <vt:lpstr>    三、參加對象</vt:lpstr>
      <vt:lpstr>    四、投稿作品規格</vt:lpstr>
      <vt:lpstr>    五、獎勵制度</vt:lpstr>
      <vt:lpstr>    六、活動時程</vt:lpstr>
      <vt:lpstr>    七、投稿方式</vt:lpstr>
      <vt:lpstr>    步驟 1準備檔案:</vt:lpstr>
      <vt:lpstr>    照片組:作品 JPG 檔(檔名:姓名_作品名稱.jpg)。</vt:lpstr>
      <vt:lpstr>    短影音組:作品 MP4 檔。若檔案超過 20MB,請提供 Google Drive 下載連結並開啟存取權限。</vt:lpstr>
      <vt:lpstr>    報名表:填妥【附件二】報名表,內含作品資訊與創作理念。</vt:lpstr>
      <vt:lpstr>    步驟 2寄送郵件:</vt:lpstr>
      <vt:lpstr>    寄至:xiproject@legendinno.com.tw</vt:lpstr>
      <vt:lpstr>    主旨:拍拍西市攝影徵件_姓名_作品名稱</vt:lpstr>
      <vt:lpstr>    步驟 3確認回覆:</vt:lpstr>
      <vt:lpstr>    主辦單位於收到郵件後,將於 3 個工作天內回覆「收件確認」,即完成報名。</vt:lpstr>
      <vt:lpstr>    八、決選與展示方式</vt:lpstr>
      <vt:lpstr>    九、評選機制</vt:lpstr>
      <vt:lpstr>    十、授權與備註</vt:lpstr>
      <vt:lpstr>    十一、聯絡方式/</vt:lpstr>
    </vt:vector>
  </TitlesOfParts>
  <Manager/>
  <Company/>
  <LinksUpToDate>false</LinksUpToDate>
  <CharactersWithSpaces>2293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16</cp:revision>
  <cp:lastPrinted>2026-04-24T10:27:00Z</cp:lastPrinted>
  <dcterms:created xsi:type="dcterms:W3CDTF">2026-04-24T06:18:00Z</dcterms:created>
  <dcterms:modified xsi:type="dcterms:W3CDTF">2026-04-24T10:27:00Z</dcterms:modified>
  <cp:category/>
</cp:coreProperties>
</file>